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39DA2" w14:textId="77777777" w:rsidR="001B54C9" w:rsidRDefault="00C8706E">
      <w:pPr>
        <w:spacing w:before="1600"/>
        <w:jc w:val="center"/>
      </w:pPr>
      <w:r>
        <w:rPr>
          <w:rFonts w:ascii="Aptos Display" w:hAnsi="Aptos Display"/>
          <w:b/>
          <w:color w:val="1F4E79"/>
          <w:sz w:val="50"/>
        </w:rPr>
        <w:t>HATE CRIME SCRUTINY PANEL</w:t>
      </w:r>
    </w:p>
    <w:p w14:paraId="0EB30BF3" w14:textId="77777777" w:rsidR="001B54C9" w:rsidRDefault="00C8706E">
      <w:pPr>
        <w:jc w:val="center"/>
      </w:pPr>
      <w:r>
        <w:rPr>
          <w:b/>
          <w:color w:val="2F75B5"/>
          <w:sz w:val="40"/>
        </w:rPr>
        <w:t>Case Summary Document</w:t>
      </w:r>
    </w:p>
    <w:p w14:paraId="05DE1052" w14:textId="77777777" w:rsidR="001B54C9" w:rsidRDefault="00C8706E">
      <w:pPr>
        <w:spacing w:before="240"/>
        <w:jc w:val="center"/>
      </w:pPr>
      <w:r>
        <w:rPr>
          <w:i/>
        </w:rPr>
        <w:t>September 2026 Sample</w:t>
      </w:r>
    </w:p>
    <w:p w14:paraId="3324BF41" w14:textId="77777777" w:rsidR="001B54C9" w:rsidRDefault="00C8706E">
      <w:pPr>
        <w:spacing w:before="1500"/>
        <w:jc w:val="center"/>
      </w:pPr>
      <w:r>
        <w:rPr>
          <w:sz w:val="22"/>
        </w:rPr>
        <w:t>Prepared from the supplied scrutiny panel sample records.</w:t>
      </w:r>
      <w:r>
        <w:rPr>
          <w:sz w:val="22"/>
        </w:rPr>
        <w:br/>
        <w:t>Each case is separated and includes the recorded Initial MO, closure rationale, protective characteristic marker(s), VINA assessment and a date-ordered chronology of actions and contacts.</w:t>
      </w:r>
    </w:p>
    <w:p w14:paraId="23C9F390" w14:textId="77777777" w:rsidR="001B54C9" w:rsidRDefault="00C8706E">
      <w:pPr>
        <w:spacing w:before="1400"/>
        <w:jc w:val="center"/>
      </w:pPr>
      <w:r>
        <w:rPr>
          <w:b/>
          <w:color w:val="C00000"/>
        </w:rPr>
        <w:t>OFFICIAL - FOR SCRUTINY PURPOSES</w:t>
      </w:r>
    </w:p>
    <w:p w14:paraId="159191B7" w14:textId="77777777" w:rsidR="001B54C9" w:rsidRDefault="00C8706E">
      <w:r>
        <w:br w:type="page"/>
      </w:r>
    </w:p>
    <w:p w14:paraId="0C8FC804" w14:textId="77777777" w:rsidR="001B54C9" w:rsidRDefault="00C8706E">
      <w:pPr>
        <w:pStyle w:val="Title"/>
      </w:pPr>
      <w:r>
        <w:lastRenderedPageBreak/>
        <w:t>Cases Included</w:t>
      </w:r>
    </w:p>
    <w:p w14:paraId="02F8ED37" w14:textId="77777777" w:rsidR="001B54C9" w:rsidRDefault="00C8706E">
      <w:pPr>
        <w:pStyle w:val="ListNumber"/>
      </w:pPr>
      <w:r>
        <w:rPr>
          <w:b/>
        </w:rPr>
        <w:t>Sample 1 | 26000083256</w:t>
      </w:r>
    </w:p>
    <w:p w14:paraId="22B10D75" w14:textId="77777777" w:rsidR="001B54C9" w:rsidRDefault="00C8706E">
      <w:pPr>
        <w:pStyle w:val="ListNumber"/>
      </w:pPr>
      <w:r>
        <w:rPr>
          <w:b/>
        </w:rPr>
        <w:t>Sample 2 | 26000112938</w:t>
      </w:r>
    </w:p>
    <w:p w14:paraId="7D5DF700" w14:textId="77777777" w:rsidR="001B54C9" w:rsidRDefault="00C8706E">
      <w:pPr>
        <w:pStyle w:val="ListNumber"/>
      </w:pPr>
      <w:r>
        <w:rPr>
          <w:b/>
        </w:rPr>
        <w:t>Sample 3 | 26000083115</w:t>
      </w:r>
    </w:p>
    <w:p w14:paraId="18D9C65F" w14:textId="77777777" w:rsidR="001B54C9" w:rsidRDefault="00C8706E">
      <w:pPr>
        <w:pStyle w:val="ListNumber"/>
      </w:pPr>
      <w:r>
        <w:rPr>
          <w:b/>
        </w:rPr>
        <w:t>Related to Sample 3 (not recorded as a hate crime) | 26000083380</w:t>
      </w:r>
    </w:p>
    <w:p w14:paraId="759BD84A" w14:textId="77777777" w:rsidR="001B54C9" w:rsidRDefault="00C8706E">
      <w:pPr>
        <w:pStyle w:val="ListNumber"/>
      </w:pPr>
      <w:r>
        <w:rPr>
          <w:b/>
        </w:rPr>
        <w:t>Sample 4 | 26000112469</w:t>
      </w:r>
    </w:p>
    <w:p w14:paraId="76C58E68" w14:textId="77777777" w:rsidR="001B54C9" w:rsidRDefault="00C8706E">
      <w:pPr>
        <w:pStyle w:val="ListNumber"/>
      </w:pPr>
      <w:r>
        <w:rPr>
          <w:b/>
        </w:rPr>
        <w:t>Sample 5 | 26000110770</w:t>
      </w:r>
    </w:p>
    <w:p w14:paraId="13F531FB" w14:textId="77777777" w:rsidR="001B54C9" w:rsidRDefault="00C8706E">
      <w:pPr>
        <w:pStyle w:val="ListNumber"/>
      </w:pPr>
      <w:r>
        <w:rPr>
          <w:b/>
        </w:rPr>
        <w:t>Sample 6 | 26000112132</w:t>
      </w:r>
    </w:p>
    <w:p w14:paraId="408B29F3" w14:textId="77777777" w:rsidR="001B54C9" w:rsidRDefault="00C8706E">
      <w:pPr>
        <w:pStyle w:val="ListNumber"/>
      </w:pPr>
      <w:r>
        <w:rPr>
          <w:b/>
        </w:rPr>
        <w:t>Related to Sample 6: Repeat victim case | 26000002022</w:t>
      </w:r>
    </w:p>
    <w:p w14:paraId="35D518DC" w14:textId="77777777" w:rsidR="001B54C9" w:rsidRDefault="00C8706E">
      <w:pPr>
        <w:pStyle w:val="ListNumber"/>
      </w:pPr>
      <w:r>
        <w:rPr>
          <w:b/>
        </w:rPr>
        <w:t>Related to Sample 6: Repeat victim case | 26000062034</w:t>
      </w:r>
    </w:p>
    <w:p w14:paraId="4B2771A2" w14:textId="77777777" w:rsidR="001B54C9" w:rsidRDefault="00C8706E">
      <w:pPr>
        <w:spacing w:before="240"/>
      </w:pPr>
      <w:r>
        <w:rPr>
          <w:b/>
        </w:rPr>
        <w:t xml:space="preserve">Record limitations: </w:t>
      </w:r>
      <w:r>
        <w:t>Where the supplied material did not contain a VINA, closure rationale, method of contact or full enquiry log, this is stated explicitly rather than inferred.</w:t>
      </w:r>
    </w:p>
    <w:p w14:paraId="433F3928" w14:textId="77777777" w:rsidR="001B54C9" w:rsidRDefault="00C8706E">
      <w:r>
        <w:br w:type="page"/>
      </w:r>
    </w:p>
    <w:p w14:paraId="6B807D2F" w14:textId="77777777" w:rsidR="001B54C9" w:rsidRDefault="00C8706E">
      <w:pPr>
        <w:pStyle w:val="Title"/>
      </w:pPr>
      <w:r>
        <w:lastRenderedPageBreak/>
        <w:t>Sample 1</w:t>
      </w:r>
    </w:p>
    <w:p w14:paraId="3B4F631E" w14:textId="77777777" w:rsidR="001B54C9" w:rsidRDefault="00C8706E">
      <w:r>
        <w:rPr>
          <w:b/>
          <w:color w:val="1F4E79"/>
        </w:rPr>
        <w:t xml:space="preserve">Incident number: </w:t>
      </w:r>
      <w:r>
        <w:t>26000083256</w:t>
      </w:r>
    </w:p>
    <w:p w14:paraId="6F9A573A" w14:textId="77777777" w:rsidR="001B54C9" w:rsidRDefault="00C8706E">
      <w:r>
        <w:rPr>
          <w:b/>
          <w:color w:val="1F4E79"/>
        </w:rPr>
        <w:t xml:space="preserve">Outcome: </w:t>
      </w:r>
      <w:r>
        <w:t>Outcome 1 / 1A: Suspect charged / summonsed</w:t>
      </w:r>
    </w:p>
    <w:p w14:paraId="0F114A67" w14:textId="77777777" w:rsidR="001B54C9" w:rsidRDefault="00C8706E">
      <w:r>
        <w:rPr>
          <w:b/>
          <w:color w:val="1F4E79"/>
        </w:rPr>
        <w:t xml:space="preserve">Protective characteristic marker(s): </w:t>
      </w:r>
      <w:r>
        <w:t>Racial: Yes. Disabled: No. Religion: No. Sexual orientation: No. Transgender: No.</w:t>
      </w:r>
    </w:p>
    <w:p w14:paraId="25600E7D" w14:textId="77777777" w:rsidR="001B54C9" w:rsidRDefault="00C8706E">
      <w:pPr>
        <w:pStyle w:val="Heading1"/>
      </w:pPr>
      <w:r>
        <w:t>Summary</w:t>
      </w:r>
    </w:p>
    <w:p w14:paraId="7118864F" w14:textId="77777777" w:rsidR="001B54C9" w:rsidRDefault="00C8706E">
      <w:pPr>
        <w:pStyle w:val="Heading2"/>
      </w:pPr>
      <w:r>
        <w:t>Initial MO (full recorded wording)</w:t>
      </w:r>
    </w:p>
    <w:p w14:paraId="54E567AE" w14:textId="77777777" w:rsidR="001B54C9" w:rsidRDefault="00C8706E">
      <w:pPr>
        <w:pStyle w:val="Quote"/>
      </w:pPr>
      <w:r>
        <w:t>Male suspect approaches young male victim while he is in the park playing with his friends and punches victim in the chest and slaps him on the head after victim and suspects daughter have an altercation in the park causing her to go home crying. Male adult suspect says to the victim, "Go back yo your own country you black cunt"</w:t>
      </w:r>
    </w:p>
    <w:p w14:paraId="7FC75619" w14:textId="77777777" w:rsidR="001B54C9" w:rsidRDefault="00C8706E">
      <w:pPr>
        <w:pStyle w:val="Heading2"/>
      </w:pPr>
      <w:r>
        <w:t>Closure rationale (full recorded wording)</w:t>
      </w:r>
    </w:p>
    <w:p w14:paraId="1D3EFFC2" w14:textId="77777777" w:rsidR="001B54C9" w:rsidRDefault="00C8706E">
      <w:pPr>
        <w:pStyle w:val="Quote"/>
      </w:pPr>
      <w:r>
        <w:t>OIC rationale: Suspect has been arrested, interviewed and charged. The victim was updated by phone call to the foster mum. The suspect was charged and remanded. CPS authorised the charge and there were no outstanding tasks. Supervisor rationale: OIC sending for closure as per CPS decision on linked case. All requirements for the outcome were recorded as met. Finalised by CDA on 26/06/2026.</w:t>
      </w:r>
    </w:p>
    <w:p w14:paraId="14E686ED"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401"/>
        <w:gridCol w:w="5755"/>
      </w:tblGrid>
      <w:tr w:rsidR="001B54C9" w14:paraId="5905398C" w14:textId="77777777">
        <w:trPr>
          <w:tblHeader/>
          <w:jc w:val="center"/>
        </w:trPr>
        <w:tc>
          <w:tcPr>
            <w:tcW w:w="5083" w:type="dxa"/>
            <w:shd w:val="clear" w:color="auto" w:fill="1F4E79"/>
            <w:vAlign w:val="center"/>
          </w:tcPr>
          <w:p w14:paraId="6AD2F694" w14:textId="77777777" w:rsidR="001B54C9" w:rsidRDefault="00C8706E">
            <w:r>
              <w:rPr>
                <w:b/>
                <w:color w:val="FFFFFF"/>
              </w:rPr>
              <w:t>Requirement</w:t>
            </w:r>
          </w:p>
        </w:tc>
        <w:tc>
          <w:tcPr>
            <w:tcW w:w="5083" w:type="dxa"/>
            <w:shd w:val="clear" w:color="auto" w:fill="1F4E79"/>
            <w:vAlign w:val="center"/>
          </w:tcPr>
          <w:p w14:paraId="3A4A8CB8" w14:textId="77777777" w:rsidR="001B54C9" w:rsidRDefault="00C8706E">
            <w:r>
              <w:rPr>
                <w:b/>
                <w:color w:val="FFFFFF"/>
              </w:rPr>
              <w:t>Finding</w:t>
            </w:r>
          </w:p>
        </w:tc>
      </w:tr>
      <w:tr w:rsidR="001B54C9" w14:paraId="3616160F" w14:textId="77777777">
        <w:trPr>
          <w:jc w:val="center"/>
        </w:trPr>
        <w:tc>
          <w:tcPr>
            <w:tcW w:w="2880" w:type="dxa"/>
            <w:shd w:val="clear" w:color="auto" w:fill="D9EAF7"/>
            <w:tcMar>
              <w:top w:w="80" w:type="dxa"/>
              <w:left w:w="100" w:type="dxa"/>
              <w:bottom w:w="80" w:type="dxa"/>
              <w:right w:w="100" w:type="dxa"/>
            </w:tcMar>
            <w:vAlign w:val="center"/>
          </w:tcPr>
          <w:p w14:paraId="387D8D5F" w14:textId="77777777" w:rsidR="001B54C9" w:rsidRDefault="00C8706E">
            <w:r>
              <w:t>VINA completed?</w:t>
            </w:r>
          </w:p>
        </w:tc>
        <w:tc>
          <w:tcPr>
            <w:tcW w:w="6768" w:type="dxa"/>
            <w:tcMar>
              <w:top w:w="80" w:type="dxa"/>
              <w:left w:w="100" w:type="dxa"/>
              <w:bottom w:w="80" w:type="dxa"/>
              <w:right w:w="100" w:type="dxa"/>
            </w:tcMar>
            <w:vAlign w:val="center"/>
          </w:tcPr>
          <w:p w14:paraId="43A5435D" w14:textId="77777777" w:rsidR="001B54C9" w:rsidRDefault="00C8706E">
            <w:r>
              <w:t>Yes. Victim Initial Needs Assessment recorded 21/06/2026 at 19:33.</w:t>
            </w:r>
          </w:p>
        </w:tc>
      </w:tr>
      <w:tr w:rsidR="001B54C9" w14:paraId="40F0B223" w14:textId="77777777">
        <w:trPr>
          <w:jc w:val="center"/>
        </w:trPr>
        <w:tc>
          <w:tcPr>
            <w:tcW w:w="2880" w:type="dxa"/>
            <w:shd w:val="clear" w:color="auto" w:fill="D9EAF7"/>
            <w:tcMar>
              <w:top w:w="80" w:type="dxa"/>
              <w:left w:w="100" w:type="dxa"/>
              <w:bottom w:w="80" w:type="dxa"/>
              <w:right w:w="100" w:type="dxa"/>
            </w:tcMar>
            <w:vAlign w:val="center"/>
          </w:tcPr>
          <w:p w14:paraId="08591E09" w14:textId="77777777" w:rsidR="001B54C9" w:rsidRDefault="00C8706E">
            <w:r>
              <w:t>Enhanced service required?</w:t>
            </w:r>
          </w:p>
        </w:tc>
        <w:tc>
          <w:tcPr>
            <w:tcW w:w="6768" w:type="dxa"/>
            <w:tcMar>
              <w:top w:w="80" w:type="dxa"/>
              <w:left w:w="100" w:type="dxa"/>
              <w:bottom w:w="80" w:type="dxa"/>
              <w:right w:w="100" w:type="dxa"/>
            </w:tcMar>
            <w:vAlign w:val="center"/>
          </w:tcPr>
          <w:p w14:paraId="5DE1F7EA" w14:textId="77777777" w:rsidR="001B54C9" w:rsidRDefault="00C8706E">
            <w:r>
              <w:t>Yes. The VINA states that an enhanced service is required.</w:t>
            </w:r>
          </w:p>
        </w:tc>
      </w:tr>
      <w:tr w:rsidR="001B54C9" w14:paraId="1730622B" w14:textId="77777777">
        <w:trPr>
          <w:jc w:val="center"/>
        </w:trPr>
        <w:tc>
          <w:tcPr>
            <w:tcW w:w="2880" w:type="dxa"/>
            <w:shd w:val="clear" w:color="auto" w:fill="D9EAF7"/>
            <w:tcMar>
              <w:top w:w="80" w:type="dxa"/>
              <w:left w:w="100" w:type="dxa"/>
              <w:bottom w:w="80" w:type="dxa"/>
              <w:right w:w="100" w:type="dxa"/>
            </w:tcMar>
            <w:vAlign w:val="center"/>
          </w:tcPr>
          <w:p w14:paraId="6CEEB24B" w14:textId="77777777" w:rsidR="001B54C9" w:rsidRDefault="00C8706E">
            <w:r>
              <w:t>Assessment note</w:t>
            </w:r>
          </w:p>
        </w:tc>
        <w:tc>
          <w:tcPr>
            <w:tcW w:w="6768" w:type="dxa"/>
            <w:tcMar>
              <w:top w:w="80" w:type="dxa"/>
              <w:left w:w="100" w:type="dxa"/>
              <w:bottom w:w="80" w:type="dxa"/>
              <w:right w:w="100" w:type="dxa"/>
            </w:tcMar>
            <w:vAlign w:val="center"/>
          </w:tcPr>
          <w:p w14:paraId="1C3ACF53" w14:textId="77777777" w:rsidR="001B54C9" w:rsidRDefault="00C8706E">
            <w:r>
              <w:t>Victim recorded as vulnerable because they were a child, and intimidated because the alleged assault was by an adult. Victim support and other support services were recorded as not required.</w:t>
            </w:r>
          </w:p>
        </w:tc>
      </w:tr>
    </w:tbl>
    <w:p w14:paraId="3632DC3F"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694"/>
        <w:gridCol w:w="2698"/>
        <w:gridCol w:w="4764"/>
      </w:tblGrid>
      <w:tr w:rsidR="001B54C9" w14:paraId="24ACA3B9" w14:textId="77777777">
        <w:trPr>
          <w:tblHeader/>
          <w:jc w:val="center"/>
        </w:trPr>
        <w:tc>
          <w:tcPr>
            <w:tcW w:w="3389" w:type="dxa"/>
            <w:shd w:val="clear" w:color="auto" w:fill="1F4E79"/>
            <w:tcMar>
              <w:top w:w="80" w:type="dxa"/>
              <w:left w:w="100" w:type="dxa"/>
              <w:bottom w:w="80" w:type="dxa"/>
              <w:right w:w="100" w:type="dxa"/>
            </w:tcMar>
            <w:vAlign w:val="center"/>
          </w:tcPr>
          <w:p w14:paraId="58382172"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7C67F3F8"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3B075DF7" w14:textId="77777777" w:rsidR="001B54C9" w:rsidRDefault="00C8706E">
            <w:r>
              <w:rPr>
                <w:b/>
                <w:color w:val="FFFFFF"/>
              </w:rPr>
              <w:t>Action / contact</w:t>
            </w:r>
          </w:p>
        </w:tc>
      </w:tr>
      <w:tr w:rsidR="001B54C9" w14:paraId="57AD11DF" w14:textId="77777777">
        <w:trPr>
          <w:jc w:val="center"/>
        </w:trPr>
        <w:tc>
          <w:tcPr>
            <w:tcW w:w="1699" w:type="dxa"/>
            <w:shd w:val="clear" w:color="auto" w:fill="EAF2F8"/>
            <w:tcMar>
              <w:top w:w="80" w:type="dxa"/>
              <w:left w:w="100" w:type="dxa"/>
              <w:bottom w:w="80" w:type="dxa"/>
              <w:right w:w="100" w:type="dxa"/>
            </w:tcMar>
            <w:vAlign w:val="center"/>
          </w:tcPr>
          <w:p w14:paraId="0E11C5A1" w14:textId="77777777" w:rsidR="001B54C9" w:rsidRDefault="00C8706E">
            <w:r>
              <w:t>16/06/2026 20:51</w:t>
            </w:r>
          </w:p>
        </w:tc>
        <w:tc>
          <w:tcPr>
            <w:tcW w:w="1757" w:type="dxa"/>
            <w:tcMar>
              <w:top w:w="80" w:type="dxa"/>
              <w:left w:w="100" w:type="dxa"/>
              <w:bottom w:w="80" w:type="dxa"/>
              <w:right w:w="100" w:type="dxa"/>
            </w:tcMar>
            <w:vAlign w:val="center"/>
          </w:tcPr>
          <w:p w14:paraId="5AD767A9" w14:textId="77777777" w:rsidR="001B54C9" w:rsidRDefault="00C8706E">
            <w:r>
              <w:t>Telephone report</w:t>
            </w:r>
          </w:p>
        </w:tc>
        <w:tc>
          <w:tcPr>
            <w:tcW w:w="6264" w:type="dxa"/>
            <w:tcMar>
              <w:top w:w="80" w:type="dxa"/>
              <w:left w:w="100" w:type="dxa"/>
              <w:bottom w:w="80" w:type="dxa"/>
              <w:right w:w="100" w:type="dxa"/>
            </w:tcMar>
            <w:vAlign w:val="center"/>
          </w:tcPr>
          <w:p w14:paraId="14B0A4C0" w14:textId="77777777" w:rsidR="001B54C9" w:rsidRDefault="00C8706E">
            <w:r>
              <w:t>Victim’s guardian reported the assault. Full details, THRIVE low assessment, vulnerabilities, safety advice and desired outcome were recorded.</w:t>
            </w:r>
          </w:p>
        </w:tc>
      </w:tr>
      <w:tr w:rsidR="001B54C9" w14:paraId="242299EE" w14:textId="77777777">
        <w:trPr>
          <w:jc w:val="center"/>
        </w:trPr>
        <w:tc>
          <w:tcPr>
            <w:tcW w:w="1699" w:type="dxa"/>
            <w:shd w:val="clear" w:color="auto" w:fill="EAF2F8"/>
            <w:tcMar>
              <w:top w:w="80" w:type="dxa"/>
              <w:left w:w="100" w:type="dxa"/>
              <w:bottom w:w="80" w:type="dxa"/>
              <w:right w:w="100" w:type="dxa"/>
            </w:tcMar>
            <w:vAlign w:val="center"/>
          </w:tcPr>
          <w:p w14:paraId="259373BA" w14:textId="77777777" w:rsidR="001B54C9" w:rsidRDefault="00C8706E">
            <w:r>
              <w:t>17/06/2026 07:36</w:t>
            </w:r>
          </w:p>
        </w:tc>
        <w:tc>
          <w:tcPr>
            <w:tcW w:w="1757" w:type="dxa"/>
            <w:tcMar>
              <w:top w:w="80" w:type="dxa"/>
              <w:left w:w="100" w:type="dxa"/>
              <w:bottom w:w="80" w:type="dxa"/>
              <w:right w:w="100" w:type="dxa"/>
            </w:tcMar>
            <w:vAlign w:val="center"/>
          </w:tcPr>
          <w:p w14:paraId="24CB66A3" w14:textId="77777777" w:rsidR="001B54C9" w:rsidRDefault="00C8706E">
            <w:r>
              <w:t>Record review</w:t>
            </w:r>
          </w:p>
        </w:tc>
        <w:tc>
          <w:tcPr>
            <w:tcW w:w="6264" w:type="dxa"/>
            <w:tcMar>
              <w:top w:w="80" w:type="dxa"/>
              <w:left w:w="100" w:type="dxa"/>
              <w:bottom w:w="80" w:type="dxa"/>
              <w:right w:w="100" w:type="dxa"/>
            </w:tcMar>
            <w:vAlign w:val="center"/>
          </w:tcPr>
          <w:p w14:paraId="2A2D3A4E" w14:textId="77777777" w:rsidR="001B54C9" w:rsidRDefault="00C8706E">
            <w:r>
              <w:t>DDM quality-assured the occurrence, amended the MO, added the hate marker/tab and reclassified the offence as racially aggravated assault.</w:t>
            </w:r>
          </w:p>
        </w:tc>
      </w:tr>
      <w:tr w:rsidR="001B54C9" w14:paraId="1AB2AD5E" w14:textId="77777777">
        <w:trPr>
          <w:jc w:val="center"/>
        </w:trPr>
        <w:tc>
          <w:tcPr>
            <w:tcW w:w="1699" w:type="dxa"/>
            <w:shd w:val="clear" w:color="auto" w:fill="EAF2F8"/>
            <w:tcMar>
              <w:top w:w="80" w:type="dxa"/>
              <w:left w:w="100" w:type="dxa"/>
              <w:bottom w:w="80" w:type="dxa"/>
              <w:right w:w="100" w:type="dxa"/>
            </w:tcMar>
            <w:vAlign w:val="center"/>
          </w:tcPr>
          <w:p w14:paraId="5E77FFE6" w14:textId="77777777" w:rsidR="001B54C9" w:rsidRDefault="00C8706E">
            <w:r>
              <w:t>18/06/2026 14:30-15:36</w:t>
            </w:r>
          </w:p>
        </w:tc>
        <w:tc>
          <w:tcPr>
            <w:tcW w:w="1757" w:type="dxa"/>
            <w:tcMar>
              <w:top w:w="80" w:type="dxa"/>
              <w:left w:w="100" w:type="dxa"/>
              <w:bottom w:w="80" w:type="dxa"/>
              <w:right w:w="100" w:type="dxa"/>
            </w:tcMar>
            <w:vAlign w:val="center"/>
          </w:tcPr>
          <w:p w14:paraId="3CA0FC7D" w14:textId="77777777" w:rsidR="001B54C9" w:rsidRDefault="00C8706E">
            <w:r>
              <w:t>Multi-agency strategy discussion</w:t>
            </w:r>
          </w:p>
        </w:tc>
        <w:tc>
          <w:tcPr>
            <w:tcW w:w="6264" w:type="dxa"/>
            <w:tcMar>
              <w:top w:w="80" w:type="dxa"/>
              <w:left w:w="100" w:type="dxa"/>
              <w:bottom w:w="80" w:type="dxa"/>
              <w:right w:w="100" w:type="dxa"/>
            </w:tcMar>
            <w:vAlign w:val="center"/>
          </w:tcPr>
          <w:p w14:paraId="07030A66" w14:textId="77777777" w:rsidR="001B54C9" w:rsidRDefault="00C8706E">
            <w:r>
              <w:t>Joint Section 47 strategy discussion held. Physical and emotional harm were considered, medical attention and police contact were requested, and social worker contact details were recorded.</w:t>
            </w:r>
          </w:p>
        </w:tc>
      </w:tr>
      <w:tr w:rsidR="001B54C9" w14:paraId="3F5706CA" w14:textId="77777777">
        <w:trPr>
          <w:jc w:val="center"/>
        </w:trPr>
        <w:tc>
          <w:tcPr>
            <w:tcW w:w="1699" w:type="dxa"/>
            <w:shd w:val="clear" w:color="auto" w:fill="EAF2F8"/>
            <w:tcMar>
              <w:top w:w="80" w:type="dxa"/>
              <w:left w:w="100" w:type="dxa"/>
              <w:bottom w:w="80" w:type="dxa"/>
              <w:right w:w="100" w:type="dxa"/>
            </w:tcMar>
            <w:vAlign w:val="center"/>
          </w:tcPr>
          <w:p w14:paraId="53B1BF78" w14:textId="77777777" w:rsidR="001B54C9" w:rsidRDefault="00C8706E">
            <w:r>
              <w:t>19/06/2026 10:22-10:41</w:t>
            </w:r>
          </w:p>
        </w:tc>
        <w:tc>
          <w:tcPr>
            <w:tcW w:w="1757" w:type="dxa"/>
            <w:tcMar>
              <w:top w:w="80" w:type="dxa"/>
              <w:left w:w="100" w:type="dxa"/>
              <w:bottom w:w="80" w:type="dxa"/>
              <w:right w:w="100" w:type="dxa"/>
            </w:tcMar>
            <w:vAlign w:val="center"/>
          </w:tcPr>
          <w:p w14:paraId="650B5401" w14:textId="77777777" w:rsidR="001B54C9" w:rsidRDefault="00C8706E">
            <w:r>
              <w:t>Internal record entries</w:t>
            </w:r>
          </w:p>
        </w:tc>
        <w:tc>
          <w:tcPr>
            <w:tcW w:w="6264" w:type="dxa"/>
            <w:tcMar>
              <w:top w:w="80" w:type="dxa"/>
              <w:left w:w="100" w:type="dxa"/>
              <w:bottom w:w="80" w:type="dxa"/>
              <w:right w:w="100" w:type="dxa"/>
            </w:tcMar>
            <w:vAlign w:val="center"/>
          </w:tcPr>
          <w:p w14:paraId="7EA29C67" w14:textId="77777777" w:rsidR="001B54C9" w:rsidRDefault="00C8706E">
            <w:r>
              <w:t xml:space="preserve">Child safeguarding noted the victim had still not been seen by police and recorded that the possible suspect </w:t>
            </w:r>
            <w:r>
              <w:lastRenderedPageBreak/>
              <w:t>was wanted on PNC.</w:t>
            </w:r>
          </w:p>
        </w:tc>
      </w:tr>
      <w:tr w:rsidR="001B54C9" w14:paraId="5E914420" w14:textId="77777777">
        <w:trPr>
          <w:jc w:val="center"/>
        </w:trPr>
        <w:tc>
          <w:tcPr>
            <w:tcW w:w="1699" w:type="dxa"/>
            <w:shd w:val="clear" w:color="auto" w:fill="EAF2F8"/>
            <w:tcMar>
              <w:top w:w="80" w:type="dxa"/>
              <w:left w:w="100" w:type="dxa"/>
              <w:bottom w:w="80" w:type="dxa"/>
              <w:right w:w="100" w:type="dxa"/>
            </w:tcMar>
            <w:vAlign w:val="center"/>
          </w:tcPr>
          <w:p w14:paraId="08AC5877" w14:textId="77777777" w:rsidR="001B54C9" w:rsidRDefault="00C8706E">
            <w:r>
              <w:lastRenderedPageBreak/>
              <w:t>20/06/2026 10:37</w:t>
            </w:r>
          </w:p>
        </w:tc>
        <w:tc>
          <w:tcPr>
            <w:tcW w:w="1757" w:type="dxa"/>
            <w:tcMar>
              <w:top w:w="80" w:type="dxa"/>
              <w:left w:w="100" w:type="dxa"/>
              <w:bottom w:w="80" w:type="dxa"/>
              <w:right w:w="100" w:type="dxa"/>
            </w:tcMar>
            <w:vAlign w:val="center"/>
          </w:tcPr>
          <w:p w14:paraId="56CA81FB" w14:textId="77777777" w:rsidR="001B54C9" w:rsidRDefault="00C8706E">
            <w:r>
              <w:t>CMU review</w:t>
            </w:r>
          </w:p>
        </w:tc>
        <w:tc>
          <w:tcPr>
            <w:tcW w:w="6264" w:type="dxa"/>
            <w:tcMar>
              <w:top w:w="80" w:type="dxa"/>
              <w:left w:w="100" w:type="dxa"/>
              <w:bottom w:w="80" w:type="dxa"/>
              <w:right w:w="100" w:type="dxa"/>
            </w:tcMar>
            <w:vAlign w:val="center"/>
          </w:tcPr>
          <w:p w14:paraId="31E94F3A" w14:textId="77777777" w:rsidR="001B54C9" w:rsidRDefault="00C8706E">
            <w:r>
              <w:t>Northbank CMU allocated the case to Bridlington NPT and recorded outstanding identification enquiries and victim update.</w:t>
            </w:r>
          </w:p>
        </w:tc>
      </w:tr>
      <w:tr w:rsidR="001B54C9" w14:paraId="74966C8B" w14:textId="77777777">
        <w:trPr>
          <w:jc w:val="center"/>
        </w:trPr>
        <w:tc>
          <w:tcPr>
            <w:tcW w:w="1699" w:type="dxa"/>
            <w:shd w:val="clear" w:color="auto" w:fill="EAF2F8"/>
            <w:tcMar>
              <w:top w:w="80" w:type="dxa"/>
              <w:left w:w="100" w:type="dxa"/>
              <w:bottom w:w="80" w:type="dxa"/>
              <w:right w:w="100" w:type="dxa"/>
            </w:tcMar>
            <w:vAlign w:val="center"/>
          </w:tcPr>
          <w:p w14:paraId="05EF7A96" w14:textId="77777777" w:rsidR="001B54C9" w:rsidRDefault="00C8706E">
            <w:r>
              <w:t>20/06/2026 12:23</w:t>
            </w:r>
          </w:p>
        </w:tc>
        <w:tc>
          <w:tcPr>
            <w:tcW w:w="1757" w:type="dxa"/>
            <w:tcMar>
              <w:top w:w="80" w:type="dxa"/>
              <w:left w:w="100" w:type="dxa"/>
              <w:bottom w:w="80" w:type="dxa"/>
              <w:right w:w="100" w:type="dxa"/>
            </w:tcMar>
            <w:vAlign w:val="center"/>
          </w:tcPr>
          <w:p w14:paraId="4F3E82BD" w14:textId="77777777" w:rsidR="001B54C9" w:rsidRDefault="00C8706E">
            <w:r>
              <w:t>Statement / Pronto</w:t>
            </w:r>
          </w:p>
        </w:tc>
        <w:tc>
          <w:tcPr>
            <w:tcW w:w="6264" w:type="dxa"/>
            <w:tcMar>
              <w:top w:w="80" w:type="dxa"/>
              <w:left w:w="100" w:type="dxa"/>
              <w:bottom w:w="80" w:type="dxa"/>
              <w:right w:w="100" w:type="dxa"/>
            </w:tcMar>
            <w:vAlign w:val="center"/>
          </w:tcPr>
          <w:p w14:paraId="2C2A79FB" w14:textId="77777777" w:rsidR="001B54C9" w:rsidRDefault="00C8706E">
            <w:r>
              <w:t>Victim statement submitted via Pronto.</w:t>
            </w:r>
          </w:p>
        </w:tc>
      </w:tr>
      <w:tr w:rsidR="001B54C9" w14:paraId="05053713" w14:textId="77777777">
        <w:trPr>
          <w:jc w:val="center"/>
        </w:trPr>
        <w:tc>
          <w:tcPr>
            <w:tcW w:w="1699" w:type="dxa"/>
            <w:shd w:val="clear" w:color="auto" w:fill="EAF2F8"/>
            <w:tcMar>
              <w:top w:w="80" w:type="dxa"/>
              <w:left w:w="100" w:type="dxa"/>
              <w:bottom w:w="80" w:type="dxa"/>
              <w:right w:w="100" w:type="dxa"/>
            </w:tcMar>
            <w:vAlign w:val="center"/>
          </w:tcPr>
          <w:p w14:paraId="49CF12F2" w14:textId="77777777" w:rsidR="001B54C9" w:rsidRDefault="00C8706E">
            <w:r>
              <w:t>20/06/2026 14:07</w:t>
            </w:r>
          </w:p>
        </w:tc>
        <w:tc>
          <w:tcPr>
            <w:tcW w:w="1757" w:type="dxa"/>
            <w:tcMar>
              <w:top w:w="80" w:type="dxa"/>
              <w:left w:w="100" w:type="dxa"/>
              <w:bottom w:w="80" w:type="dxa"/>
              <w:right w:w="100" w:type="dxa"/>
            </w:tcMar>
            <w:vAlign w:val="center"/>
          </w:tcPr>
          <w:p w14:paraId="2816B0E5" w14:textId="77777777" w:rsidR="001B54C9" w:rsidRDefault="00C8706E">
            <w:r>
              <w:t>In person; telephone attempt</w:t>
            </w:r>
          </w:p>
        </w:tc>
        <w:tc>
          <w:tcPr>
            <w:tcW w:w="6264" w:type="dxa"/>
            <w:tcMar>
              <w:top w:w="80" w:type="dxa"/>
              <w:left w:w="100" w:type="dxa"/>
              <w:bottom w:w="80" w:type="dxa"/>
              <w:right w:w="100" w:type="dxa"/>
            </w:tcMar>
            <w:vAlign w:val="center"/>
          </w:tcPr>
          <w:p w14:paraId="098D1903" w14:textId="77777777" w:rsidR="001B54C9" w:rsidRDefault="00C8706E">
            <w:r>
              <w:t>Officer attended and spoke with the victim, took an account, identified possible witnesses and suspect, and called a potential witness. The call went to voicemail and a message was left.</w:t>
            </w:r>
          </w:p>
        </w:tc>
      </w:tr>
      <w:tr w:rsidR="001B54C9" w14:paraId="197ECCF1" w14:textId="77777777">
        <w:trPr>
          <w:jc w:val="center"/>
        </w:trPr>
        <w:tc>
          <w:tcPr>
            <w:tcW w:w="1699" w:type="dxa"/>
            <w:shd w:val="clear" w:color="auto" w:fill="EAF2F8"/>
            <w:tcMar>
              <w:top w:w="80" w:type="dxa"/>
              <w:left w:w="100" w:type="dxa"/>
              <w:bottom w:w="80" w:type="dxa"/>
              <w:right w:w="100" w:type="dxa"/>
            </w:tcMar>
            <w:vAlign w:val="center"/>
          </w:tcPr>
          <w:p w14:paraId="341E831C" w14:textId="77777777" w:rsidR="001B54C9" w:rsidRDefault="00C8706E">
            <w:r>
              <w:t>20/06/2026 16:30</w:t>
            </w:r>
          </w:p>
        </w:tc>
        <w:tc>
          <w:tcPr>
            <w:tcW w:w="1757" w:type="dxa"/>
            <w:tcMar>
              <w:top w:w="80" w:type="dxa"/>
              <w:left w:w="100" w:type="dxa"/>
              <w:bottom w:w="80" w:type="dxa"/>
              <w:right w:w="100" w:type="dxa"/>
            </w:tcMar>
            <w:vAlign w:val="center"/>
          </w:tcPr>
          <w:p w14:paraId="11988D49" w14:textId="77777777" w:rsidR="001B54C9" w:rsidRDefault="00C8706E">
            <w:r>
              <w:t>In person CCTV enquiries</w:t>
            </w:r>
          </w:p>
        </w:tc>
        <w:tc>
          <w:tcPr>
            <w:tcW w:w="6264" w:type="dxa"/>
            <w:tcMar>
              <w:top w:w="80" w:type="dxa"/>
              <w:left w:w="100" w:type="dxa"/>
              <w:bottom w:w="80" w:type="dxa"/>
              <w:right w:w="100" w:type="dxa"/>
            </w:tcMar>
            <w:vAlign w:val="center"/>
          </w:tcPr>
          <w:p w14:paraId="2470E145" w14:textId="77777777" w:rsidR="001B54C9" w:rsidRDefault="00C8706E">
            <w:r>
              <w:t>Officer checked the park and a nearby camera. No usable CCTV covered the park.</w:t>
            </w:r>
          </w:p>
        </w:tc>
      </w:tr>
      <w:tr w:rsidR="001B54C9" w14:paraId="0F3AB6C0" w14:textId="77777777">
        <w:trPr>
          <w:jc w:val="center"/>
        </w:trPr>
        <w:tc>
          <w:tcPr>
            <w:tcW w:w="1699" w:type="dxa"/>
            <w:shd w:val="clear" w:color="auto" w:fill="EAF2F8"/>
            <w:tcMar>
              <w:top w:w="80" w:type="dxa"/>
              <w:left w:w="100" w:type="dxa"/>
              <w:bottom w:w="80" w:type="dxa"/>
              <w:right w:w="100" w:type="dxa"/>
            </w:tcMar>
            <w:vAlign w:val="center"/>
          </w:tcPr>
          <w:p w14:paraId="3088E7DC" w14:textId="77777777" w:rsidR="001B54C9" w:rsidRDefault="00C8706E">
            <w:r>
              <w:t>21/06/2026 09:51-09:53</w:t>
            </w:r>
          </w:p>
        </w:tc>
        <w:tc>
          <w:tcPr>
            <w:tcW w:w="1757" w:type="dxa"/>
            <w:tcMar>
              <w:top w:w="80" w:type="dxa"/>
              <w:left w:w="100" w:type="dxa"/>
              <w:bottom w:w="80" w:type="dxa"/>
              <w:right w:w="100" w:type="dxa"/>
            </w:tcMar>
            <w:vAlign w:val="center"/>
          </w:tcPr>
          <w:p w14:paraId="0F33A024" w14:textId="77777777" w:rsidR="001B54C9" w:rsidRDefault="00C8706E">
            <w:r>
              <w:t>Telephone</w:t>
            </w:r>
          </w:p>
        </w:tc>
        <w:tc>
          <w:tcPr>
            <w:tcW w:w="6264" w:type="dxa"/>
            <w:tcMar>
              <w:top w:w="80" w:type="dxa"/>
              <w:left w:w="100" w:type="dxa"/>
              <w:bottom w:w="80" w:type="dxa"/>
              <w:right w:w="100" w:type="dxa"/>
            </w:tcMar>
            <w:vAlign w:val="center"/>
          </w:tcPr>
          <w:p w14:paraId="4A9347EA" w14:textId="77777777" w:rsidR="001B54C9" w:rsidRDefault="00C8706E">
            <w:r>
              <w:t>Potential witness called, no response, voicemail left. Foster mum spoken to and identification information confirmed.</w:t>
            </w:r>
          </w:p>
        </w:tc>
      </w:tr>
      <w:tr w:rsidR="001B54C9" w14:paraId="7D972C48" w14:textId="77777777">
        <w:trPr>
          <w:jc w:val="center"/>
        </w:trPr>
        <w:tc>
          <w:tcPr>
            <w:tcW w:w="1699" w:type="dxa"/>
            <w:shd w:val="clear" w:color="auto" w:fill="EAF2F8"/>
            <w:tcMar>
              <w:top w:w="80" w:type="dxa"/>
              <w:left w:w="100" w:type="dxa"/>
              <w:bottom w:w="80" w:type="dxa"/>
              <w:right w:w="100" w:type="dxa"/>
            </w:tcMar>
            <w:vAlign w:val="center"/>
          </w:tcPr>
          <w:p w14:paraId="5A8195F3" w14:textId="77777777" w:rsidR="001B54C9" w:rsidRDefault="00C8706E">
            <w:r>
              <w:t>21/06/2026 14:54-18:42</w:t>
            </w:r>
          </w:p>
        </w:tc>
        <w:tc>
          <w:tcPr>
            <w:tcW w:w="1757" w:type="dxa"/>
            <w:tcMar>
              <w:top w:w="80" w:type="dxa"/>
              <w:left w:w="100" w:type="dxa"/>
              <w:bottom w:w="80" w:type="dxa"/>
              <w:right w:w="100" w:type="dxa"/>
            </w:tcMar>
            <w:vAlign w:val="center"/>
          </w:tcPr>
          <w:p w14:paraId="38627FF1" w14:textId="77777777" w:rsidR="001B54C9" w:rsidRDefault="00C8706E">
            <w:r>
              <w:t>In person / Pronto</w:t>
            </w:r>
          </w:p>
        </w:tc>
        <w:tc>
          <w:tcPr>
            <w:tcW w:w="6264" w:type="dxa"/>
            <w:tcMar>
              <w:top w:w="80" w:type="dxa"/>
              <w:left w:w="100" w:type="dxa"/>
              <w:bottom w:w="80" w:type="dxa"/>
              <w:right w:w="100" w:type="dxa"/>
            </w:tcMar>
            <w:vAlign w:val="center"/>
          </w:tcPr>
          <w:p w14:paraId="35D31346" w14:textId="77777777" w:rsidR="001B54C9" w:rsidRDefault="00C8706E">
            <w:r>
              <w:t>Witness statement submitted; one child witness visited at home and a hearsay statement uploaded. Another child had not yet been spoken to.</w:t>
            </w:r>
          </w:p>
        </w:tc>
      </w:tr>
      <w:tr w:rsidR="001B54C9" w14:paraId="0BBED341" w14:textId="77777777">
        <w:trPr>
          <w:jc w:val="center"/>
        </w:trPr>
        <w:tc>
          <w:tcPr>
            <w:tcW w:w="1699" w:type="dxa"/>
            <w:shd w:val="clear" w:color="auto" w:fill="EAF2F8"/>
            <w:tcMar>
              <w:top w:w="80" w:type="dxa"/>
              <w:left w:w="100" w:type="dxa"/>
              <w:bottom w:w="80" w:type="dxa"/>
              <w:right w:w="100" w:type="dxa"/>
            </w:tcMar>
            <w:vAlign w:val="center"/>
          </w:tcPr>
          <w:p w14:paraId="2B8ACDC7" w14:textId="77777777" w:rsidR="001B54C9" w:rsidRDefault="00C8706E">
            <w:r>
              <w:t>21/06/2026 19:31-19:37</w:t>
            </w:r>
          </w:p>
        </w:tc>
        <w:tc>
          <w:tcPr>
            <w:tcW w:w="1757" w:type="dxa"/>
            <w:tcMar>
              <w:top w:w="80" w:type="dxa"/>
              <w:left w:w="100" w:type="dxa"/>
              <w:bottom w:w="80" w:type="dxa"/>
              <w:right w:w="100" w:type="dxa"/>
            </w:tcMar>
            <w:vAlign w:val="center"/>
          </w:tcPr>
          <w:p w14:paraId="07051C72" w14:textId="77777777" w:rsidR="001B54C9" w:rsidRDefault="00C8706E">
            <w:r>
              <w:t>Record entry</w:t>
            </w:r>
          </w:p>
        </w:tc>
        <w:tc>
          <w:tcPr>
            <w:tcW w:w="6264" w:type="dxa"/>
            <w:tcMar>
              <w:top w:w="80" w:type="dxa"/>
              <w:left w:w="100" w:type="dxa"/>
              <w:bottom w:w="80" w:type="dxa"/>
              <w:right w:w="100" w:type="dxa"/>
            </w:tcMar>
            <w:vAlign w:val="center"/>
          </w:tcPr>
          <w:p w14:paraId="6A20EA06" w14:textId="77777777" w:rsidR="001B54C9" w:rsidRDefault="00C8706E">
            <w:r>
              <w:t>Further witness details recorded; VINA completed; investigation plan and safeguarding plan completed.</w:t>
            </w:r>
          </w:p>
        </w:tc>
      </w:tr>
      <w:tr w:rsidR="001B54C9" w14:paraId="26C236A7" w14:textId="77777777">
        <w:trPr>
          <w:jc w:val="center"/>
        </w:trPr>
        <w:tc>
          <w:tcPr>
            <w:tcW w:w="1699" w:type="dxa"/>
            <w:shd w:val="clear" w:color="auto" w:fill="EAF2F8"/>
            <w:tcMar>
              <w:top w:w="80" w:type="dxa"/>
              <w:left w:w="100" w:type="dxa"/>
              <w:bottom w:w="80" w:type="dxa"/>
              <w:right w:w="100" w:type="dxa"/>
            </w:tcMar>
            <w:vAlign w:val="center"/>
          </w:tcPr>
          <w:p w14:paraId="32BB2DBF" w14:textId="77777777" w:rsidR="001B54C9" w:rsidRDefault="00C8706E">
            <w:r>
              <w:t>22/06/2026 17:17</w:t>
            </w:r>
          </w:p>
        </w:tc>
        <w:tc>
          <w:tcPr>
            <w:tcW w:w="1757" w:type="dxa"/>
            <w:tcMar>
              <w:top w:w="80" w:type="dxa"/>
              <w:left w:w="100" w:type="dxa"/>
              <w:bottom w:w="80" w:type="dxa"/>
              <w:right w:w="100" w:type="dxa"/>
            </w:tcMar>
            <w:vAlign w:val="center"/>
          </w:tcPr>
          <w:p w14:paraId="51D6B6A7" w14:textId="77777777" w:rsidR="001B54C9" w:rsidRDefault="00C8706E">
            <w:r>
              <w:t>Telephone</w:t>
            </w:r>
          </w:p>
        </w:tc>
        <w:tc>
          <w:tcPr>
            <w:tcW w:w="6264" w:type="dxa"/>
            <w:tcMar>
              <w:top w:w="80" w:type="dxa"/>
              <w:left w:w="100" w:type="dxa"/>
              <w:bottom w:w="80" w:type="dxa"/>
              <w:right w:w="100" w:type="dxa"/>
            </w:tcMar>
            <w:vAlign w:val="center"/>
          </w:tcPr>
          <w:p w14:paraId="3529FC56" w14:textId="77777777" w:rsidR="001B54C9" w:rsidRDefault="00C8706E">
            <w:r>
              <w:t>Closure template completed. Victim updated through a phone call to foster mum; suspect charged and remanded.</w:t>
            </w:r>
          </w:p>
        </w:tc>
      </w:tr>
      <w:tr w:rsidR="001B54C9" w14:paraId="36EA7712" w14:textId="77777777">
        <w:trPr>
          <w:jc w:val="center"/>
        </w:trPr>
        <w:tc>
          <w:tcPr>
            <w:tcW w:w="1699" w:type="dxa"/>
            <w:shd w:val="clear" w:color="auto" w:fill="EAF2F8"/>
            <w:tcMar>
              <w:top w:w="80" w:type="dxa"/>
              <w:left w:w="100" w:type="dxa"/>
              <w:bottom w:w="80" w:type="dxa"/>
              <w:right w:w="100" w:type="dxa"/>
            </w:tcMar>
            <w:vAlign w:val="center"/>
          </w:tcPr>
          <w:p w14:paraId="03B75C1E" w14:textId="77777777" w:rsidR="001B54C9" w:rsidRDefault="00C8706E">
            <w:r>
              <w:t>22/06/2026 17:45</w:t>
            </w:r>
          </w:p>
        </w:tc>
        <w:tc>
          <w:tcPr>
            <w:tcW w:w="1757" w:type="dxa"/>
            <w:tcMar>
              <w:top w:w="80" w:type="dxa"/>
              <w:left w:w="100" w:type="dxa"/>
              <w:bottom w:w="80" w:type="dxa"/>
              <w:right w:w="100" w:type="dxa"/>
            </w:tcMar>
            <w:vAlign w:val="center"/>
          </w:tcPr>
          <w:p w14:paraId="2C55AE43" w14:textId="77777777" w:rsidR="001B54C9" w:rsidRDefault="00C8706E">
            <w:r>
              <w:t>Supervisor review</w:t>
            </w:r>
          </w:p>
        </w:tc>
        <w:tc>
          <w:tcPr>
            <w:tcW w:w="6264" w:type="dxa"/>
            <w:tcMar>
              <w:top w:w="80" w:type="dxa"/>
              <w:left w:w="100" w:type="dxa"/>
              <w:bottom w:w="80" w:type="dxa"/>
              <w:right w:w="100" w:type="dxa"/>
            </w:tcMar>
            <w:vAlign w:val="center"/>
          </w:tcPr>
          <w:p w14:paraId="6E0AFF21" w14:textId="77777777" w:rsidR="001B54C9" w:rsidRDefault="00C8706E">
            <w:r>
              <w:t>Supervisor authorised closure in line with CPS decision.</w:t>
            </w:r>
          </w:p>
        </w:tc>
      </w:tr>
      <w:tr w:rsidR="001B54C9" w14:paraId="4938F091" w14:textId="77777777">
        <w:trPr>
          <w:jc w:val="center"/>
        </w:trPr>
        <w:tc>
          <w:tcPr>
            <w:tcW w:w="1699" w:type="dxa"/>
            <w:shd w:val="clear" w:color="auto" w:fill="EAF2F8"/>
            <w:tcMar>
              <w:top w:w="80" w:type="dxa"/>
              <w:left w:w="100" w:type="dxa"/>
              <w:bottom w:w="80" w:type="dxa"/>
              <w:right w:w="100" w:type="dxa"/>
            </w:tcMar>
            <w:vAlign w:val="center"/>
          </w:tcPr>
          <w:p w14:paraId="5BE6BE89" w14:textId="77777777" w:rsidR="001B54C9" w:rsidRDefault="00C8706E">
            <w:r>
              <w:t>26/06/2026 09:26</w:t>
            </w:r>
          </w:p>
        </w:tc>
        <w:tc>
          <w:tcPr>
            <w:tcW w:w="1757" w:type="dxa"/>
            <w:tcMar>
              <w:top w:w="80" w:type="dxa"/>
              <w:left w:w="100" w:type="dxa"/>
              <w:bottom w:w="80" w:type="dxa"/>
              <w:right w:w="100" w:type="dxa"/>
            </w:tcMar>
            <w:vAlign w:val="center"/>
          </w:tcPr>
          <w:p w14:paraId="3E28752C" w14:textId="77777777" w:rsidR="001B54C9" w:rsidRDefault="00C8706E">
            <w:r>
              <w:t>CDA finalisation</w:t>
            </w:r>
          </w:p>
        </w:tc>
        <w:tc>
          <w:tcPr>
            <w:tcW w:w="6264" w:type="dxa"/>
            <w:tcMar>
              <w:top w:w="80" w:type="dxa"/>
              <w:left w:w="100" w:type="dxa"/>
              <w:bottom w:w="80" w:type="dxa"/>
              <w:right w:w="100" w:type="dxa"/>
            </w:tcMar>
            <w:vAlign w:val="center"/>
          </w:tcPr>
          <w:p w14:paraId="3123E5F0" w14:textId="77777777" w:rsidR="001B54C9" w:rsidRDefault="00C8706E">
            <w:r>
              <w:t>Occurrence finalised.</w:t>
            </w:r>
          </w:p>
        </w:tc>
      </w:tr>
      <w:tr w:rsidR="001B54C9" w14:paraId="3BABC270" w14:textId="77777777">
        <w:trPr>
          <w:jc w:val="center"/>
        </w:trPr>
        <w:tc>
          <w:tcPr>
            <w:tcW w:w="1699" w:type="dxa"/>
            <w:shd w:val="clear" w:color="auto" w:fill="EAF2F8"/>
            <w:tcMar>
              <w:top w:w="80" w:type="dxa"/>
              <w:left w:w="100" w:type="dxa"/>
              <w:bottom w:w="80" w:type="dxa"/>
              <w:right w:w="100" w:type="dxa"/>
            </w:tcMar>
            <w:vAlign w:val="center"/>
          </w:tcPr>
          <w:p w14:paraId="2871D659" w14:textId="77777777" w:rsidR="001B54C9" w:rsidRDefault="00C8706E">
            <w:r>
              <w:t>28-29/06/2026</w:t>
            </w:r>
          </w:p>
        </w:tc>
        <w:tc>
          <w:tcPr>
            <w:tcW w:w="1757" w:type="dxa"/>
            <w:tcMar>
              <w:top w:w="80" w:type="dxa"/>
              <w:left w:w="100" w:type="dxa"/>
              <w:bottom w:w="80" w:type="dxa"/>
              <w:right w:w="100" w:type="dxa"/>
            </w:tcMar>
            <w:vAlign w:val="center"/>
          </w:tcPr>
          <w:p w14:paraId="3238EED9" w14:textId="77777777" w:rsidR="001B54C9" w:rsidRDefault="00C8706E">
            <w:r>
              <w:t>Statements / email</w:t>
            </w:r>
          </w:p>
        </w:tc>
        <w:tc>
          <w:tcPr>
            <w:tcW w:w="6264" w:type="dxa"/>
            <w:tcMar>
              <w:top w:w="80" w:type="dxa"/>
              <w:left w:w="100" w:type="dxa"/>
              <w:bottom w:w="80" w:type="dxa"/>
              <w:right w:w="100" w:type="dxa"/>
            </w:tcMar>
            <w:vAlign w:val="center"/>
          </w:tcPr>
          <w:p w14:paraId="4D2FBE7E" w14:textId="77777777" w:rsidR="001B54C9" w:rsidRDefault="00C8706E">
            <w:r>
              <w:t>Further statements and MG2s completed; involved officer emailed regarding VRI; foster parent emailed about VPS and GP notes.</w:t>
            </w:r>
          </w:p>
        </w:tc>
      </w:tr>
      <w:tr w:rsidR="001B54C9" w14:paraId="757CCBEE" w14:textId="77777777">
        <w:trPr>
          <w:jc w:val="center"/>
        </w:trPr>
        <w:tc>
          <w:tcPr>
            <w:tcW w:w="1699" w:type="dxa"/>
            <w:shd w:val="clear" w:color="auto" w:fill="EAF2F8"/>
            <w:tcMar>
              <w:top w:w="80" w:type="dxa"/>
              <w:left w:w="100" w:type="dxa"/>
              <w:bottom w:w="80" w:type="dxa"/>
              <w:right w:w="100" w:type="dxa"/>
            </w:tcMar>
            <w:vAlign w:val="center"/>
          </w:tcPr>
          <w:p w14:paraId="474F1449" w14:textId="77777777" w:rsidR="001B54C9" w:rsidRDefault="00C8706E">
            <w:r>
              <w:t>06/07/2026 17:15</w:t>
            </w:r>
          </w:p>
        </w:tc>
        <w:tc>
          <w:tcPr>
            <w:tcW w:w="1757" w:type="dxa"/>
            <w:tcMar>
              <w:top w:w="80" w:type="dxa"/>
              <w:left w:w="100" w:type="dxa"/>
              <w:bottom w:w="80" w:type="dxa"/>
              <w:right w:w="100" w:type="dxa"/>
            </w:tcMar>
            <w:vAlign w:val="center"/>
          </w:tcPr>
          <w:p w14:paraId="3FCA06F1" w14:textId="77777777" w:rsidR="001B54C9" w:rsidRDefault="00C8706E">
            <w:r>
              <w:t>Telephone</w:t>
            </w:r>
          </w:p>
        </w:tc>
        <w:tc>
          <w:tcPr>
            <w:tcW w:w="6264" w:type="dxa"/>
            <w:tcMar>
              <w:top w:w="80" w:type="dxa"/>
              <w:left w:w="100" w:type="dxa"/>
              <w:bottom w:w="80" w:type="dxa"/>
              <w:right w:w="100" w:type="dxa"/>
            </w:tcMar>
            <w:vAlign w:val="center"/>
          </w:tcPr>
          <w:p w14:paraId="44791DE6" w14:textId="77777777" w:rsidR="001B54C9" w:rsidRDefault="00C8706E">
            <w:r>
              <w:t>Foster parent confirmed email had been sent to social worker, agreed to provide written VPS and raised court visibility concerns.</w:t>
            </w:r>
          </w:p>
        </w:tc>
      </w:tr>
      <w:tr w:rsidR="001B54C9" w14:paraId="2D4549D5" w14:textId="77777777">
        <w:trPr>
          <w:jc w:val="center"/>
        </w:trPr>
        <w:tc>
          <w:tcPr>
            <w:tcW w:w="1699" w:type="dxa"/>
            <w:shd w:val="clear" w:color="auto" w:fill="EAF2F8"/>
            <w:tcMar>
              <w:top w:w="80" w:type="dxa"/>
              <w:left w:w="100" w:type="dxa"/>
              <w:bottom w:w="80" w:type="dxa"/>
              <w:right w:w="100" w:type="dxa"/>
            </w:tcMar>
            <w:vAlign w:val="center"/>
          </w:tcPr>
          <w:p w14:paraId="4FA85F53" w14:textId="77777777" w:rsidR="001B54C9" w:rsidRDefault="00C8706E">
            <w:r>
              <w:t>15/08/2026 15:16</w:t>
            </w:r>
          </w:p>
        </w:tc>
        <w:tc>
          <w:tcPr>
            <w:tcW w:w="1757" w:type="dxa"/>
            <w:tcMar>
              <w:top w:w="80" w:type="dxa"/>
              <w:left w:w="100" w:type="dxa"/>
              <w:bottom w:w="80" w:type="dxa"/>
              <w:right w:w="100" w:type="dxa"/>
            </w:tcMar>
            <w:vAlign w:val="center"/>
          </w:tcPr>
          <w:p w14:paraId="095DC25B" w14:textId="77777777" w:rsidR="001B54C9" w:rsidRDefault="00C8706E">
            <w:r>
              <w:t>Contact, method not recorded</w:t>
            </w:r>
          </w:p>
        </w:tc>
        <w:tc>
          <w:tcPr>
            <w:tcW w:w="6264" w:type="dxa"/>
            <w:tcMar>
              <w:top w:w="80" w:type="dxa"/>
              <w:left w:w="100" w:type="dxa"/>
              <w:bottom w:w="80" w:type="dxa"/>
              <w:right w:w="100" w:type="dxa"/>
            </w:tcMar>
            <w:vAlign w:val="center"/>
          </w:tcPr>
          <w:p w14:paraId="6CF5D04F" w14:textId="77777777" w:rsidR="001B54C9" w:rsidRDefault="00C8706E">
            <w:r>
              <w:t>Foster parent contacted for social worker number and VPS availability.</w:t>
            </w:r>
          </w:p>
        </w:tc>
      </w:tr>
    </w:tbl>
    <w:p w14:paraId="562E2FD8" w14:textId="77777777" w:rsidR="001B54C9" w:rsidRDefault="00C8706E">
      <w:r>
        <w:br w:type="page"/>
      </w:r>
    </w:p>
    <w:p w14:paraId="44EE458A" w14:textId="77777777" w:rsidR="001B54C9" w:rsidRDefault="00C8706E">
      <w:pPr>
        <w:pStyle w:val="Title"/>
      </w:pPr>
      <w:r>
        <w:lastRenderedPageBreak/>
        <w:t>Sample 2</w:t>
      </w:r>
    </w:p>
    <w:p w14:paraId="03EE9155" w14:textId="77777777" w:rsidR="001B54C9" w:rsidRDefault="00C8706E">
      <w:r>
        <w:rPr>
          <w:b/>
          <w:color w:val="1F4E79"/>
        </w:rPr>
        <w:t xml:space="preserve">Incident number: </w:t>
      </w:r>
      <w:r>
        <w:t>26000112938</w:t>
      </w:r>
    </w:p>
    <w:p w14:paraId="724A2751" w14:textId="77777777" w:rsidR="001B54C9" w:rsidRDefault="00C8706E">
      <w:r>
        <w:rPr>
          <w:b/>
          <w:color w:val="1F4E79"/>
        </w:rPr>
        <w:t xml:space="preserve">Outcome: </w:t>
      </w:r>
      <w:r>
        <w:t>Outcome 20: Other body / agency has investigation primacy</w:t>
      </w:r>
    </w:p>
    <w:p w14:paraId="21D34C88" w14:textId="77777777" w:rsidR="001B54C9" w:rsidRDefault="00C8706E">
      <w:r>
        <w:rPr>
          <w:b/>
          <w:color w:val="1F4E79"/>
        </w:rPr>
        <w:t xml:space="preserve">Protective characteristic marker(s): </w:t>
      </w:r>
      <w:r>
        <w:t>Racial: Yes. Disabled: No. Religion: No. Sexual orientation: No. Transgender: No.</w:t>
      </w:r>
    </w:p>
    <w:p w14:paraId="422BCBDB" w14:textId="77777777" w:rsidR="001B54C9" w:rsidRDefault="00C8706E">
      <w:pPr>
        <w:pStyle w:val="Heading1"/>
      </w:pPr>
      <w:r>
        <w:t>Summary</w:t>
      </w:r>
    </w:p>
    <w:p w14:paraId="25387138" w14:textId="77777777" w:rsidR="001B54C9" w:rsidRDefault="00C8706E">
      <w:pPr>
        <w:pStyle w:val="Heading2"/>
      </w:pPr>
      <w:r>
        <w:t>Initial MO (full recorded wording)</w:t>
      </w:r>
    </w:p>
    <w:p w14:paraId="015C30F6" w14:textId="77777777" w:rsidR="001B54C9" w:rsidRDefault="00C8706E">
      <w:pPr>
        <w:pStyle w:val="Quote"/>
      </w:pPr>
      <w:r>
        <w:t>Suspect male is spoken to by officer in cell, suspect states That stupid fucking baboon won't let me out, victim challenges this and suspect denies the hate related comments.</w:t>
      </w:r>
    </w:p>
    <w:p w14:paraId="48CF0903" w14:textId="77777777" w:rsidR="001B54C9" w:rsidRDefault="00C8706E">
      <w:pPr>
        <w:pStyle w:val="Heading2"/>
      </w:pPr>
      <w:r>
        <w:t>Closure rationale (full recorded wording)</w:t>
      </w:r>
    </w:p>
    <w:p w14:paraId="4999820C" w14:textId="77777777" w:rsidR="001B54C9" w:rsidRDefault="00C8706E">
      <w:pPr>
        <w:pStyle w:val="Quote"/>
      </w:pPr>
      <w:r>
        <w:t>Outcome Type 20 - This has been sent by the prison for recording purposes only. Further action resulting from the crime report will be undertaken by another body or agency subject to the victim (or person acting on their behalf) being made aware of the action to be taken. CMU: This report is being filed by the North Bank Crime Management Unit. Should this report be re-opened in the future for any reason, please do not allocate it to the named OIC. Please allocate the report to the relevant Niche CMU queue f</w:t>
      </w:r>
      <w:r>
        <w:t>or further review.</w:t>
      </w:r>
    </w:p>
    <w:p w14:paraId="211ED004"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406"/>
        <w:gridCol w:w="5750"/>
      </w:tblGrid>
      <w:tr w:rsidR="001B54C9" w14:paraId="0094C8CE" w14:textId="77777777">
        <w:trPr>
          <w:tblHeader/>
          <w:jc w:val="center"/>
        </w:trPr>
        <w:tc>
          <w:tcPr>
            <w:tcW w:w="5083" w:type="dxa"/>
            <w:shd w:val="clear" w:color="auto" w:fill="1F4E79"/>
            <w:vAlign w:val="center"/>
          </w:tcPr>
          <w:p w14:paraId="361EF222" w14:textId="77777777" w:rsidR="001B54C9" w:rsidRDefault="00C8706E">
            <w:r>
              <w:rPr>
                <w:b/>
                <w:color w:val="FFFFFF"/>
              </w:rPr>
              <w:t>Requirement</w:t>
            </w:r>
          </w:p>
        </w:tc>
        <w:tc>
          <w:tcPr>
            <w:tcW w:w="5083" w:type="dxa"/>
            <w:shd w:val="clear" w:color="auto" w:fill="1F4E79"/>
            <w:vAlign w:val="center"/>
          </w:tcPr>
          <w:p w14:paraId="5C3BE388" w14:textId="77777777" w:rsidR="001B54C9" w:rsidRDefault="00C8706E">
            <w:r>
              <w:rPr>
                <w:b/>
                <w:color w:val="FFFFFF"/>
              </w:rPr>
              <w:t>Finding</w:t>
            </w:r>
          </w:p>
        </w:tc>
      </w:tr>
      <w:tr w:rsidR="001B54C9" w14:paraId="42FD4754" w14:textId="77777777">
        <w:trPr>
          <w:jc w:val="center"/>
        </w:trPr>
        <w:tc>
          <w:tcPr>
            <w:tcW w:w="2880" w:type="dxa"/>
            <w:shd w:val="clear" w:color="auto" w:fill="D9EAF7"/>
            <w:tcMar>
              <w:top w:w="80" w:type="dxa"/>
              <w:left w:w="100" w:type="dxa"/>
              <w:bottom w:w="80" w:type="dxa"/>
              <w:right w:w="100" w:type="dxa"/>
            </w:tcMar>
            <w:vAlign w:val="center"/>
          </w:tcPr>
          <w:p w14:paraId="66E825A1" w14:textId="77777777" w:rsidR="001B54C9" w:rsidRDefault="00C8706E">
            <w:r>
              <w:t>VINA completed?</w:t>
            </w:r>
          </w:p>
        </w:tc>
        <w:tc>
          <w:tcPr>
            <w:tcW w:w="6768" w:type="dxa"/>
            <w:tcMar>
              <w:top w:w="80" w:type="dxa"/>
              <w:left w:w="100" w:type="dxa"/>
              <w:bottom w:w="80" w:type="dxa"/>
              <w:right w:w="100" w:type="dxa"/>
            </w:tcMar>
            <w:vAlign w:val="center"/>
          </w:tcPr>
          <w:p w14:paraId="72F8846D" w14:textId="77777777" w:rsidR="001B54C9" w:rsidRDefault="00C8706E">
            <w:r>
              <w:t>No VINA can be found in the records provided.</w:t>
            </w:r>
          </w:p>
        </w:tc>
      </w:tr>
      <w:tr w:rsidR="001B54C9" w14:paraId="667551B1" w14:textId="77777777">
        <w:trPr>
          <w:jc w:val="center"/>
        </w:trPr>
        <w:tc>
          <w:tcPr>
            <w:tcW w:w="2880" w:type="dxa"/>
            <w:shd w:val="clear" w:color="auto" w:fill="D9EAF7"/>
            <w:tcMar>
              <w:top w:w="80" w:type="dxa"/>
              <w:left w:w="100" w:type="dxa"/>
              <w:bottom w:w="80" w:type="dxa"/>
              <w:right w:w="100" w:type="dxa"/>
            </w:tcMar>
            <w:vAlign w:val="center"/>
          </w:tcPr>
          <w:p w14:paraId="09A63391" w14:textId="77777777" w:rsidR="001B54C9" w:rsidRDefault="00C8706E">
            <w:r>
              <w:t>Enhanced service required?</w:t>
            </w:r>
          </w:p>
        </w:tc>
        <w:tc>
          <w:tcPr>
            <w:tcW w:w="6768" w:type="dxa"/>
            <w:tcMar>
              <w:top w:w="80" w:type="dxa"/>
              <w:left w:w="100" w:type="dxa"/>
              <w:bottom w:w="80" w:type="dxa"/>
              <w:right w:w="100" w:type="dxa"/>
            </w:tcMar>
            <w:vAlign w:val="center"/>
          </w:tcPr>
          <w:p w14:paraId="4814F12E" w14:textId="77777777" w:rsidR="001B54C9" w:rsidRDefault="00C8706E">
            <w:r>
              <w:t>Not recorded because no VINA is present in the supplied records.</w:t>
            </w:r>
          </w:p>
        </w:tc>
      </w:tr>
      <w:tr w:rsidR="001B54C9" w14:paraId="69268DFB" w14:textId="77777777">
        <w:trPr>
          <w:jc w:val="center"/>
        </w:trPr>
        <w:tc>
          <w:tcPr>
            <w:tcW w:w="2880" w:type="dxa"/>
            <w:shd w:val="clear" w:color="auto" w:fill="D9EAF7"/>
            <w:tcMar>
              <w:top w:w="80" w:type="dxa"/>
              <w:left w:w="100" w:type="dxa"/>
              <w:bottom w:w="80" w:type="dxa"/>
              <w:right w:w="100" w:type="dxa"/>
            </w:tcMar>
            <w:vAlign w:val="center"/>
          </w:tcPr>
          <w:p w14:paraId="3DCBE74A" w14:textId="77777777" w:rsidR="001B54C9" w:rsidRDefault="00C8706E">
            <w:r>
              <w:t>Assessment note</w:t>
            </w:r>
          </w:p>
        </w:tc>
        <w:tc>
          <w:tcPr>
            <w:tcW w:w="6768" w:type="dxa"/>
            <w:tcMar>
              <w:top w:w="80" w:type="dxa"/>
              <w:left w:w="100" w:type="dxa"/>
              <w:bottom w:w="80" w:type="dxa"/>
              <w:right w:w="100" w:type="dxa"/>
            </w:tcMar>
            <w:vAlign w:val="center"/>
          </w:tcPr>
          <w:p w14:paraId="5274E29D" w14:textId="77777777" w:rsidR="001B54C9" w:rsidRDefault="00C8706E">
            <w:r>
              <w:t>The occurrence was supplied by the prison for recording purposes only.</w:t>
            </w:r>
          </w:p>
        </w:tc>
      </w:tr>
    </w:tbl>
    <w:p w14:paraId="0721B413"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717"/>
        <w:gridCol w:w="2706"/>
        <w:gridCol w:w="4733"/>
      </w:tblGrid>
      <w:tr w:rsidR="001B54C9" w14:paraId="7A54DB85" w14:textId="77777777">
        <w:trPr>
          <w:tblHeader/>
          <w:jc w:val="center"/>
        </w:trPr>
        <w:tc>
          <w:tcPr>
            <w:tcW w:w="3389" w:type="dxa"/>
            <w:shd w:val="clear" w:color="auto" w:fill="1F4E79"/>
            <w:tcMar>
              <w:top w:w="80" w:type="dxa"/>
              <w:left w:w="100" w:type="dxa"/>
              <w:bottom w:w="80" w:type="dxa"/>
              <w:right w:w="100" w:type="dxa"/>
            </w:tcMar>
            <w:vAlign w:val="center"/>
          </w:tcPr>
          <w:p w14:paraId="3305E0DE"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039085AF"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5A6546AA" w14:textId="77777777" w:rsidR="001B54C9" w:rsidRDefault="00C8706E">
            <w:r>
              <w:rPr>
                <w:b/>
                <w:color w:val="FFFFFF"/>
              </w:rPr>
              <w:t>Action / contact</w:t>
            </w:r>
          </w:p>
        </w:tc>
      </w:tr>
      <w:tr w:rsidR="001B54C9" w14:paraId="666E016E" w14:textId="77777777">
        <w:trPr>
          <w:jc w:val="center"/>
        </w:trPr>
        <w:tc>
          <w:tcPr>
            <w:tcW w:w="1699" w:type="dxa"/>
            <w:shd w:val="clear" w:color="auto" w:fill="EAF2F8"/>
            <w:tcMar>
              <w:top w:w="80" w:type="dxa"/>
              <w:left w:w="100" w:type="dxa"/>
              <w:bottom w:w="80" w:type="dxa"/>
              <w:right w:w="100" w:type="dxa"/>
            </w:tcMar>
            <w:vAlign w:val="center"/>
          </w:tcPr>
          <w:p w14:paraId="24766F82" w14:textId="77777777" w:rsidR="001B54C9" w:rsidRDefault="00C8706E">
            <w:r>
              <w:t>11/08/2026 10:30</w:t>
            </w:r>
          </w:p>
        </w:tc>
        <w:tc>
          <w:tcPr>
            <w:tcW w:w="1757" w:type="dxa"/>
            <w:tcMar>
              <w:top w:w="80" w:type="dxa"/>
              <w:left w:w="100" w:type="dxa"/>
              <w:bottom w:w="80" w:type="dxa"/>
              <w:right w:w="100" w:type="dxa"/>
            </w:tcMar>
            <w:vAlign w:val="center"/>
          </w:tcPr>
          <w:p w14:paraId="6EA0A12B" w14:textId="77777777" w:rsidR="001B54C9" w:rsidRDefault="00C8706E">
            <w:r>
              <w:t>Record entry</w:t>
            </w:r>
          </w:p>
        </w:tc>
        <w:tc>
          <w:tcPr>
            <w:tcW w:w="6264" w:type="dxa"/>
            <w:tcMar>
              <w:top w:w="80" w:type="dxa"/>
              <w:left w:w="100" w:type="dxa"/>
              <w:bottom w:w="80" w:type="dxa"/>
              <w:right w:w="100" w:type="dxa"/>
            </w:tcMar>
            <w:vAlign w:val="center"/>
          </w:tcPr>
          <w:p w14:paraId="2353F1BF" w14:textId="77777777" w:rsidR="001B54C9" w:rsidRDefault="00C8706E">
            <w:r>
              <w:t>Report recorded for reporting purposes only, in line with the victim’s request.</w:t>
            </w:r>
          </w:p>
        </w:tc>
      </w:tr>
      <w:tr w:rsidR="001B54C9" w14:paraId="30B2E26F" w14:textId="77777777">
        <w:trPr>
          <w:jc w:val="center"/>
        </w:trPr>
        <w:tc>
          <w:tcPr>
            <w:tcW w:w="1699" w:type="dxa"/>
            <w:shd w:val="clear" w:color="auto" w:fill="EAF2F8"/>
            <w:tcMar>
              <w:top w:w="80" w:type="dxa"/>
              <w:left w:w="100" w:type="dxa"/>
              <w:bottom w:w="80" w:type="dxa"/>
              <w:right w:w="100" w:type="dxa"/>
            </w:tcMar>
            <w:vAlign w:val="center"/>
          </w:tcPr>
          <w:p w14:paraId="2539B905" w14:textId="77777777" w:rsidR="001B54C9" w:rsidRDefault="00C8706E">
            <w:r>
              <w:t>11/08/2026 10:46-11:12</w:t>
            </w:r>
          </w:p>
        </w:tc>
        <w:tc>
          <w:tcPr>
            <w:tcW w:w="1757" w:type="dxa"/>
            <w:tcMar>
              <w:top w:w="80" w:type="dxa"/>
              <w:left w:w="100" w:type="dxa"/>
              <w:bottom w:w="80" w:type="dxa"/>
              <w:right w:w="100" w:type="dxa"/>
            </w:tcMar>
            <w:vAlign w:val="center"/>
          </w:tcPr>
          <w:p w14:paraId="327BC969" w14:textId="77777777" w:rsidR="001B54C9" w:rsidRDefault="00C8706E">
            <w:r>
              <w:t>Email, automated</w:t>
            </w:r>
          </w:p>
        </w:tc>
        <w:tc>
          <w:tcPr>
            <w:tcW w:w="6264" w:type="dxa"/>
            <w:tcMar>
              <w:top w:w="80" w:type="dxa"/>
              <w:left w:w="100" w:type="dxa"/>
              <w:bottom w:w="80" w:type="dxa"/>
              <w:right w:w="100" w:type="dxa"/>
            </w:tcMar>
            <w:vAlign w:val="center"/>
          </w:tcPr>
          <w:p w14:paraId="51EA9DC1" w14:textId="77777777" w:rsidR="001B54C9" w:rsidRDefault="00C8706E">
            <w:r>
              <w:t>Two automated email entries supplied the occurrence number, crime prevention advice, Victim Support details and My Police Portal invitation.</w:t>
            </w:r>
          </w:p>
        </w:tc>
      </w:tr>
      <w:tr w:rsidR="001B54C9" w14:paraId="476E2BD7" w14:textId="77777777">
        <w:trPr>
          <w:jc w:val="center"/>
        </w:trPr>
        <w:tc>
          <w:tcPr>
            <w:tcW w:w="1699" w:type="dxa"/>
            <w:shd w:val="clear" w:color="auto" w:fill="EAF2F8"/>
            <w:tcMar>
              <w:top w:w="80" w:type="dxa"/>
              <w:left w:w="100" w:type="dxa"/>
              <w:bottom w:w="80" w:type="dxa"/>
              <w:right w:w="100" w:type="dxa"/>
            </w:tcMar>
            <w:vAlign w:val="center"/>
          </w:tcPr>
          <w:p w14:paraId="59A596B0" w14:textId="77777777" w:rsidR="001B54C9" w:rsidRDefault="00C8706E">
            <w:r>
              <w:t>11/08/2026 14:17</w:t>
            </w:r>
          </w:p>
        </w:tc>
        <w:tc>
          <w:tcPr>
            <w:tcW w:w="1757" w:type="dxa"/>
            <w:tcMar>
              <w:top w:w="80" w:type="dxa"/>
              <w:left w:w="100" w:type="dxa"/>
              <w:bottom w:w="80" w:type="dxa"/>
              <w:right w:w="100" w:type="dxa"/>
            </w:tcMar>
            <w:vAlign w:val="center"/>
          </w:tcPr>
          <w:p w14:paraId="4092BA06" w14:textId="77777777" w:rsidR="001B54C9" w:rsidRDefault="00C8706E">
            <w:r>
              <w:t>Supervisor / CMU review</w:t>
            </w:r>
          </w:p>
        </w:tc>
        <w:tc>
          <w:tcPr>
            <w:tcW w:w="6264" w:type="dxa"/>
            <w:tcMar>
              <w:top w:w="80" w:type="dxa"/>
              <w:left w:w="100" w:type="dxa"/>
              <w:bottom w:w="80" w:type="dxa"/>
              <w:right w:w="100" w:type="dxa"/>
            </w:tcMar>
            <w:vAlign w:val="center"/>
          </w:tcPr>
          <w:p w14:paraId="57F75B15" w14:textId="77777777" w:rsidR="001B54C9" w:rsidRDefault="00C8706E">
            <w:r>
              <w:t>Outcome 20 applied because the prison retained primacy. North Bank CMU filed the report.</w:t>
            </w:r>
          </w:p>
        </w:tc>
      </w:tr>
    </w:tbl>
    <w:p w14:paraId="6894B091" w14:textId="77777777" w:rsidR="001B54C9" w:rsidRDefault="00C8706E">
      <w:r>
        <w:br w:type="page"/>
      </w:r>
    </w:p>
    <w:p w14:paraId="2B46A63C" w14:textId="77777777" w:rsidR="001B54C9" w:rsidRDefault="00C8706E">
      <w:pPr>
        <w:pStyle w:val="Title"/>
      </w:pPr>
      <w:r>
        <w:lastRenderedPageBreak/>
        <w:t>Sample 3</w:t>
      </w:r>
    </w:p>
    <w:p w14:paraId="5064136D" w14:textId="77777777" w:rsidR="001B54C9" w:rsidRDefault="00C8706E">
      <w:r>
        <w:rPr>
          <w:b/>
          <w:color w:val="1F4E79"/>
        </w:rPr>
        <w:t xml:space="preserve">Incident number: </w:t>
      </w:r>
      <w:r>
        <w:t>26000083115</w:t>
      </w:r>
    </w:p>
    <w:p w14:paraId="2A4A2F51" w14:textId="77777777" w:rsidR="001B54C9" w:rsidRDefault="00C8706E">
      <w:r>
        <w:rPr>
          <w:b/>
          <w:color w:val="1F4E79"/>
        </w:rPr>
        <w:t xml:space="preserve">Outcome: </w:t>
      </w:r>
      <w:r>
        <w:t>Outcome 16: Victim declines / withdraws support, named suspect identified</w:t>
      </w:r>
    </w:p>
    <w:p w14:paraId="7B05ED6B" w14:textId="77777777" w:rsidR="001B54C9" w:rsidRDefault="00C8706E">
      <w:r>
        <w:rPr>
          <w:b/>
          <w:color w:val="1F4E79"/>
        </w:rPr>
        <w:t xml:space="preserve">Protective characteristic marker(s): </w:t>
      </w:r>
      <w:r>
        <w:t>Racial: Yes. Disabled: No. Religion: No. Sexual orientation: No. Transgender: No.</w:t>
      </w:r>
    </w:p>
    <w:p w14:paraId="2D722E83" w14:textId="77777777" w:rsidR="001B54C9" w:rsidRDefault="00C8706E">
      <w:pPr>
        <w:pStyle w:val="Heading1"/>
      </w:pPr>
      <w:r>
        <w:t>Summary</w:t>
      </w:r>
    </w:p>
    <w:p w14:paraId="106F2F2F" w14:textId="77777777" w:rsidR="001B54C9" w:rsidRDefault="00C8706E">
      <w:pPr>
        <w:pStyle w:val="Heading2"/>
      </w:pPr>
      <w:r>
        <w:t>Initial MO (full recorded wording)</w:t>
      </w:r>
    </w:p>
    <w:p w14:paraId="1471DE84" w14:textId="77777777" w:rsidR="001B54C9" w:rsidRDefault="00C8706E">
      <w:pPr>
        <w:pStyle w:val="Quote"/>
      </w:pPr>
      <w:r>
        <w:t>Following a verbal altercation in the street suspect has posted on social media "to the lady driver of the blue car who called me a stupid cunt, please remember your manners and remember a white woman can't have a relationship with a black man because you don't mix shit with snow". This is a comment aimed at victim and her husband.</w:t>
      </w:r>
    </w:p>
    <w:p w14:paraId="6F722985" w14:textId="77777777" w:rsidR="001B54C9" w:rsidRDefault="00C8706E">
      <w:pPr>
        <w:pStyle w:val="Heading2"/>
      </w:pPr>
      <w:r>
        <w:t>Closure rationale (full recorded wording)</w:t>
      </w:r>
    </w:p>
    <w:p w14:paraId="09AFBCAB" w14:textId="77777777" w:rsidR="001B54C9" w:rsidRDefault="00C8706E">
      <w:pPr>
        <w:pStyle w:val="Quote"/>
      </w:pPr>
      <w:r>
        <w:t xml:space="preserve">Victim does not want to pursue a criminal complaint, MH complaints regarding the suspect have been noted and the OIC will look into this for her welfare. The victim was updated by email and in person. Outcome 16 was requested because the victim disclosed the matter but did not want an investigation from the outset. The victim’s written response confirmed they were not bothered by the post and were content for the complaint to be closed provided it remained recorded and could be reopened if anything further </w:t>
      </w:r>
      <w:r>
        <w:t>occurred. The victim would not support an evidence-led prosecution. The first finalisation request was rejected on 02/07/2026 because the supervisor template was missing. Supervisor rationale added on 14/07/2026: “As per the details from the OIC below this is to be closed outcome 16.” Finalised by CDA on 16/07/2026.</w:t>
      </w:r>
    </w:p>
    <w:p w14:paraId="35E5AE95"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386"/>
        <w:gridCol w:w="5770"/>
      </w:tblGrid>
      <w:tr w:rsidR="001B54C9" w14:paraId="13128A25" w14:textId="77777777">
        <w:trPr>
          <w:tblHeader/>
          <w:jc w:val="center"/>
        </w:trPr>
        <w:tc>
          <w:tcPr>
            <w:tcW w:w="5083" w:type="dxa"/>
            <w:shd w:val="clear" w:color="auto" w:fill="1F4E79"/>
            <w:vAlign w:val="center"/>
          </w:tcPr>
          <w:p w14:paraId="47676863" w14:textId="77777777" w:rsidR="001B54C9" w:rsidRDefault="00C8706E">
            <w:r>
              <w:rPr>
                <w:b/>
                <w:color w:val="FFFFFF"/>
              </w:rPr>
              <w:t>Requirement</w:t>
            </w:r>
          </w:p>
        </w:tc>
        <w:tc>
          <w:tcPr>
            <w:tcW w:w="5083" w:type="dxa"/>
            <w:shd w:val="clear" w:color="auto" w:fill="1F4E79"/>
            <w:vAlign w:val="center"/>
          </w:tcPr>
          <w:p w14:paraId="651C8B22" w14:textId="77777777" w:rsidR="001B54C9" w:rsidRDefault="00C8706E">
            <w:r>
              <w:rPr>
                <w:b/>
                <w:color w:val="FFFFFF"/>
              </w:rPr>
              <w:t>Finding</w:t>
            </w:r>
          </w:p>
        </w:tc>
      </w:tr>
      <w:tr w:rsidR="001B54C9" w14:paraId="7F9F0D13" w14:textId="77777777">
        <w:trPr>
          <w:jc w:val="center"/>
        </w:trPr>
        <w:tc>
          <w:tcPr>
            <w:tcW w:w="2880" w:type="dxa"/>
            <w:shd w:val="clear" w:color="auto" w:fill="D9EAF7"/>
            <w:tcMar>
              <w:top w:w="80" w:type="dxa"/>
              <w:left w:w="100" w:type="dxa"/>
              <w:bottom w:w="80" w:type="dxa"/>
              <w:right w:w="100" w:type="dxa"/>
            </w:tcMar>
            <w:vAlign w:val="center"/>
          </w:tcPr>
          <w:p w14:paraId="494A6B68" w14:textId="77777777" w:rsidR="001B54C9" w:rsidRDefault="00C8706E">
            <w:r>
              <w:t>VINA completed?</w:t>
            </w:r>
          </w:p>
        </w:tc>
        <w:tc>
          <w:tcPr>
            <w:tcW w:w="6768" w:type="dxa"/>
            <w:tcMar>
              <w:top w:w="80" w:type="dxa"/>
              <w:left w:w="100" w:type="dxa"/>
              <w:bottom w:w="80" w:type="dxa"/>
              <w:right w:w="100" w:type="dxa"/>
            </w:tcMar>
            <w:vAlign w:val="center"/>
          </w:tcPr>
          <w:p w14:paraId="470756F0" w14:textId="77777777" w:rsidR="001B54C9" w:rsidRDefault="00C8706E">
            <w:r>
              <w:t>Yes. VINA recorded 29/06/2026 at 15:40.</w:t>
            </w:r>
          </w:p>
        </w:tc>
      </w:tr>
      <w:tr w:rsidR="001B54C9" w14:paraId="790AD976" w14:textId="77777777">
        <w:trPr>
          <w:jc w:val="center"/>
        </w:trPr>
        <w:tc>
          <w:tcPr>
            <w:tcW w:w="2880" w:type="dxa"/>
            <w:shd w:val="clear" w:color="auto" w:fill="D9EAF7"/>
            <w:tcMar>
              <w:top w:w="80" w:type="dxa"/>
              <w:left w:w="100" w:type="dxa"/>
              <w:bottom w:w="80" w:type="dxa"/>
              <w:right w:w="100" w:type="dxa"/>
            </w:tcMar>
            <w:vAlign w:val="center"/>
          </w:tcPr>
          <w:p w14:paraId="13C59495" w14:textId="77777777" w:rsidR="001B54C9" w:rsidRDefault="00C8706E">
            <w:r>
              <w:t>Enhanced service required?</w:t>
            </w:r>
          </w:p>
        </w:tc>
        <w:tc>
          <w:tcPr>
            <w:tcW w:w="6768" w:type="dxa"/>
            <w:tcMar>
              <w:top w:w="80" w:type="dxa"/>
              <w:left w:w="100" w:type="dxa"/>
              <w:bottom w:w="80" w:type="dxa"/>
              <w:right w:w="100" w:type="dxa"/>
            </w:tcMar>
            <w:vAlign w:val="center"/>
          </w:tcPr>
          <w:p w14:paraId="1DE1C337" w14:textId="77777777" w:rsidR="001B54C9" w:rsidRDefault="00C8706E">
            <w:r>
              <w:t>No. The VINA states that an enhanced service is not required.</w:t>
            </w:r>
          </w:p>
        </w:tc>
      </w:tr>
      <w:tr w:rsidR="001B54C9" w14:paraId="411B8BC9" w14:textId="77777777">
        <w:trPr>
          <w:jc w:val="center"/>
        </w:trPr>
        <w:tc>
          <w:tcPr>
            <w:tcW w:w="2880" w:type="dxa"/>
            <w:shd w:val="clear" w:color="auto" w:fill="D9EAF7"/>
            <w:tcMar>
              <w:top w:w="80" w:type="dxa"/>
              <w:left w:w="100" w:type="dxa"/>
              <w:bottom w:w="80" w:type="dxa"/>
              <w:right w:w="100" w:type="dxa"/>
            </w:tcMar>
            <w:vAlign w:val="center"/>
          </w:tcPr>
          <w:p w14:paraId="304584D2" w14:textId="77777777" w:rsidR="001B54C9" w:rsidRDefault="00C8706E">
            <w:r>
              <w:t>Assessment note</w:t>
            </w:r>
          </w:p>
        </w:tc>
        <w:tc>
          <w:tcPr>
            <w:tcW w:w="6768" w:type="dxa"/>
            <w:tcMar>
              <w:top w:w="80" w:type="dxa"/>
              <w:left w:w="100" w:type="dxa"/>
              <w:bottom w:w="80" w:type="dxa"/>
              <w:right w:w="100" w:type="dxa"/>
            </w:tcMar>
            <w:vAlign w:val="center"/>
          </w:tcPr>
          <w:p w14:paraId="760536FD" w14:textId="77777777" w:rsidR="001B54C9" w:rsidRDefault="00C8706E">
            <w:r>
              <w:t>No vulnerabilities, intimidation, persistent targeting, language barriers or support needs were recorded.</w:t>
            </w:r>
          </w:p>
        </w:tc>
      </w:tr>
    </w:tbl>
    <w:p w14:paraId="58CE6BDE"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708"/>
        <w:gridCol w:w="2696"/>
        <w:gridCol w:w="4752"/>
      </w:tblGrid>
      <w:tr w:rsidR="001B54C9" w14:paraId="18172946" w14:textId="77777777">
        <w:trPr>
          <w:tblHeader/>
          <w:jc w:val="center"/>
        </w:trPr>
        <w:tc>
          <w:tcPr>
            <w:tcW w:w="3389" w:type="dxa"/>
            <w:shd w:val="clear" w:color="auto" w:fill="1F4E79"/>
            <w:tcMar>
              <w:top w:w="80" w:type="dxa"/>
              <w:left w:w="100" w:type="dxa"/>
              <w:bottom w:w="80" w:type="dxa"/>
              <w:right w:w="100" w:type="dxa"/>
            </w:tcMar>
            <w:vAlign w:val="center"/>
          </w:tcPr>
          <w:p w14:paraId="020D194A"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4B8FE61A"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6A7B5274" w14:textId="77777777" w:rsidR="001B54C9" w:rsidRDefault="00C8706E">
            <w:r>
              <w:rPr>
                <w:b/>
                <w:color w:val="FFFFFF"/>
              </w:rPr>
              <w:t>Action / contact</w:t>
            </w:r>
          </w:p>
        </w:tc>
      </w:tr>
      <w:tr w:rsidR="001B54C9" w14:paraId="05546C6B" w14:textId="77777777">
        <w:trPr>
          <w:jc w:val="center"/>
        </w:trPr>
        <w:tc>
          <w:tcPr>
            <w:tcW w:w="1699" w:type="dxa"/>
            <w:shd w:val="clear" w:color="auto" w:fill="EAF2F8"/>
            <w:tcMar>
              <w:top w:w="80" w:type="dxa"/>
              <w:left w:w="100" w:type="dxa"/>
              <w:bottom w:w="80" w:type="dxa"/>
              <w:right w:w="100" w:type="dxa"/>
            </w:tcMar>
            <w:vAlign w:val="center"/>
          </w:tcPr>
          <w:p w14:paraId="4B9722F1" w14:textId="77777777" w:rsidR="001B54C9" w:rsidRDefault="00C8706E">
            <w:r>
              <w:t>14/06/2026</w:t>
            </w:r>
          </w:p>
        </w:tc>
        <w:tc>
          <w:tcPr>
            <w:tcW w:w="1757" w:type="dxa"/>
            <w:tcMar>
              <w:top w:w="80" w:type="dxa"/>
              <w:left w:w="100" w:type="dxa"/>
              <w:bottom w:w="80" w:type="dxa"/>
              <w:right w:w="100" w:type="dxa"/>
            </w:tcMar>
            <w:vAlign w:val="center"/>
          </w:tcPr>
          <w:p w14:paraId="00246074" w14:textId="77777777" w:rsidR="001B54C9" w:rsidRDefault="00C8706E">
            <w:r>
              <w:t>Initial report, method not specified</w:t>
            </w:r>
          </w:p>
        </w:tc>
        <w:tc>
          <w:tcPr>
            <w:tcW w:w="6264" w:type="dxa"/>
            <w:tcMar>
              <w:top w:w="80" w:type="dxa"/>
              <w:left w:w="100" w:type="dxa"/>
              <w:bottom w:w="80" w:type="dxa"/>
              <w:right w:w="100" w:type="dxa"/>
            </w:tcMar>
            <w:vAlign w:val="center"/>
          </w:tcPr>
          <w:p w14:paraId="0E950102" w14:textId="77777777" w:rsidR="001B54C9" w:rsidRDefault="00C8706E">
            <w:r>
              <w:t>Street altercation and racist Facebook post reported; screenshot preserved. THRIVE low, vulnerability and safety advice recorded.</w:t>
            </w:r>
          </w:p>
        </w:tc>
      </w:tr>
      <w:tr w:rsidR="001B54C9" w14:paraId="26282CF5" w14:textId="77777777">
        <w:trPr>
          <w:jc w:val="center"/>
        </w:trPr>
        <w:tc>
          <w:tcPr>
            <w:tcW w:w="1699" w:type="dxa"/>
            <w:shd w:val="clear" w:color="auto" w:fill="EAF2F8"/>
            <w:tcMar>
              <w:top w:w="80" w:type="dxa"/>
              <w:left w:w="100" w:type="dxa"/>
              <w:bottom w:w="80" w:type="dxa"/>
              <w:right w:w="100" w:type="dxa"/>
            </w:tcMar>
            <w:vAlign w:val="center"/>
          </w:tcPr>
          <w:p w14:paraId="12CFF9AE" w14:textId="77777777" w:rsidR="001B54C9" w:rsidRDefault="00C8706E">
            <w:r>
              <w:t>16/06/2026 16:16</w:t>
            </w:r>
          </w:p>
        </w:tc>
        <w:tc>
          <w:tcPr>
            <w:tcW w:w="1757" w:type="dxa"/>
            <w:tcMar>
              <w:top w:w="80" w:type="dxa"/>
              <w:left w:w="100" w:type="dxa"/>
              <w:bottom w:w="80" w:type="dxa"/>
              <w:right w:w="100" w:type="dxa"/>
            </w:tcMar>
            <w:vAlign w:val="center"/>
          </w:tcPr>
          <w:p w14:paraId="4FAA45B5" w14:textId="77777777" w:rsidR="001B54C9" w:rsidRDefault="00C8706E">
            <w:r>
              <w:t>Record copied from incident log</w:t>
            </w:r>
          </w:p>
        </w:tc>
        <w:tc>
          <w:tcPr>
            <w:tcW w:w="6264" w:type="dxa"/>
            <w:tcMar>
              <w:top w:w="80" w:type="dxa"/>
              <w:left w:w="100" w:type="dxa"/>
              <w:bottom w:w="80" w:type="dxa"/>
              <w:right w:w="100" w:type="dxa"/>
            </w:tcMar>
            <w:vAlign w:val="center"/>
          </w:tcPr>
          <w:p w14:paraId="52411750" w14:textId="77777777" w:rsidR="001B54C9" w:rsidRDefault="00C8706E">
            <w:r>
              <w:t>Initial report copied into the occurrence.</w:t>
            </w:r>
          </w:p>
        </w:tc>
      </w:tr>
      <w:tr w:rsidR="001B54C9" w14:paraId="162456CF" w14:textId="77777777">
        <w:trPr>
          <w:jc w:val="center"/>
        </w:trPr>
        <w:tc>
          <w:tcPr>
            <w:tcW w:w="1699" w:type="dxa"/>
            <w:shd w:val="clear" w:color="auto" w:fill="EAF2F8"/>
            <w:tcMar>
              <w:top w:w="80" w:type="dxa"/>
              <w:left w:w="100" w:type="dxa"/>
              <w:bottom w:w="80" w:type="dxa"/>
              <w:right w:w="100" w:type="dxa"/>
            </w:tcMar>
            <w:vAlign w:val="center"/>
          </w:tcPr>
          <w:p w14:paraId="6E51851F" w14:textId="77777777" w:rsidR="001B54C9" w:rsidRDefault="00C8706E">
            <w:r>
              <w:t>16/06/2026 16:23-16:25</w:t>
            </w:r>
          </w:p>
        </w:tc>
        <w:tc>
          <w:tcPr>
            <w:tcW w:w="1757" w:type="dxa"/>
            <w:tcMar>
              <w:top w:w="80" w:type="dxa"/>
              <w:left w:w="100" w:type="dxa"/>
              <w:bottom w:w="80" w:type="dxa"/>
              <w:right w:w="100" w:type="dxa"/>
            </w:tcMar>
            <w:vAlign w:val="center"/>
          </w:tcPr>
          <w:p w14:paraId="486CF976" w14:textId="77777777" w:rsidR="001B54C9" w:rsidRDefault="00C8706E">
            <w:r>
              <w:t>Email and SMS, automated</w:t>
            </w:r>
          </w:p>
        </w:tc>
        <w:tc>
          <w:tcPr>
            <w:tcW w:w="6264" w:type="dxa"/>
            <w:tcMar>
              <w:top w:w="80" w:type="dxa"/>
              <w:left w:w="100" w:type="dxa"/>
              <w:bottom w:w="80" w:type="dxa"/>
              <w:right w:w="100" w:type="dxa"/>
            </w:tcMar>
            <w:vAlign w:val="center"/>
          </w:tcPr>
          <w:p w14:paraId="17AAFFCF" w14:textId="77777777" w:rsidR="001B54C9" w:rsidRDefault="00C8706E">
            <w:r>
              <w:t>Occurrence number, prevention advice, support links and CMU allocation information sent.</w:t>
            </w:r>
          </w:p>
        </w:tc>
      </w:tr>
      <w:tr w:rsidR="001B54C9" w14:paraId="2A2F12F4" w14:textId="77777777">
        <w:trPr>
          <w:jc w:val="center"/>
        </w:trPr>
        <w:tc>
          <w:tcPr>
            <w:tcW w:w="1699" w:type="dxa"/>
            <w:shd w:val="clear" w:color="auto" w:fill="EAF2F8"/>
            <w:tcMar>
              <w:top w:w="80" w:type="dxa"/>
              <w:left w:w="100" w:type="dxa"/>
              <w:bottom w:w="80" w:type="dxa"/>
              <w:right w:w="100" w:type="dxa"/>
            </w:tcMar>
            <w:vAlign w:val="center"/>
          </w:tcPr>
          <w:p w14:paraId="0B22F5EE" w14:textId="77777777" w:rsidR="001B54C9" w:rsidRDefault="00C8706E">
            <w:r>
              <w:t>19/06/2026 16:15</w:t>
            </w:r>
          </w:p>
        </w:tc>
        <w:tc>
          <w:tcPr>
            <w:tcW w:w="1757" w:type="dxa"/>
            <w:tcMar>
              <w:top w:w="80" w:type="dxa"/>
              <w:left w:w="100" w:type="dxa"/>
              <w:bottom w:w="80" w:type="dxa"/>
              <w:right w:w="100" w:type="dxa"/>
            </w:tcMar>
            <w:vAlign w:val="center"/>
          </w:tcPr>
          <w:p w14:paraId="57415DD0" w14:textId="77777777" w:rsidR="001B54C9" w:rsidRDefault="00C8706E">
            <w:r>
              <w:t>CMU review</w:t>
            </w:r>
          </w:p>
        </w:tc>
        <w:tc>
          <w:tcPr>
            <w:tcW w:w="6264" w:type="dxa"/>
            <w:tcMar>
              <w:top w:w="80" w:type="dxa"/>
              <w:left w:w="100" w:type="dxa"/>
              <w:bottom w:w="80" w:type="dxa"/>
              <w:right w:w="100" w:type="dxa"/>
            </w:tcMar>
            <w:vAlign w:val="center"/>
          </w:tcPr>
          <w:p w14:paraId="01B8D0CE" w14:textId="77777777" w:rsidR="001B54C9" w:rsidRDefault="00C8706E">
            <w:r>
              <w:t>Case allocated to Bridlington Patrol Team 2.</w:t>
            </w:r>
          </w:p>
        </w:tc>
      </w:tr>
      <w:tr w:rsidR="001B54C9" w14:paraId="6944E7AB" w14:textId="77777777">
        <w:trPr>
          <w:jc w:val="center"/>
        </w:trPr>
        <w:tc>
          <w:tcPr>
            <w:tcW w:w="1699" w:type="dxa"/>
            <w:shd w:val="clear" w:color="auto" w:fill="EAF2F8"/>
            <w:tcMar>
              <w:top w:w="80" w:type="dxa"/>
              <w:left w:w="100" w:type="dxa"/>
              <w:bottom w:w="80" w:type="dxa"/>
              <w:right w:w="100" w:type="dxa"/>
            </w:tcMar>
            <w:vAlign w:val="center"/>
          </w:tcPr>
          <w:p w14:paraId="6AF6E33F" w14:textId="77777777" w:rsidR="001B54C9" w:rsidRDefault="00C8706E">
            <w:r>
              <w:lastRenderedPageBreak/>
              <w:t>21/06/2026 08:11-08:25</w:t>
            </w:r>
          </w:p>
        </w:tc>
        <w:tc>
          <w:tcPr>
            <w:tcW w:w="1757" w:type="dxa"/>
            <w:tcMar>
              <w:top w:w="80" w:type="dxa"/>
              <w:left w:w="100" w:type="dxa"/>
              <w:bottom w:w="80" w:type="dxa"/>
              <w:right w:w="100" w:type="dxa"/>
            </w:tcMar>
            <w:vAlign w:val="center"/>
          </w:tcPr>
          <w:p w14:paraId="1C78D91B" w14:textId="77777777" w:rsidR="001B54C9" w:rsidRDefault="00C8706E">
            <w:r>
              <w:t>Email and SMS, automated</w:t>
            </w:r>
          </w:p>
        </w:tc>
        <w:tc>
          <w:tcPr>
            <w:tcW w:w="6264" w:type="dxa"/>
            <w:tcMar>
              <w:top w:w="80" w:type="dxa"/>
              <w:left w:w="100" w:type="dxa"/>
              <w:bottom w:w="80" w:type="dxa"/>
              <w:right w:w="100" w:type="dxa"/>
            </w:tcMar>
            <w:vAlign w:val="center"/>
          </w:tcPr>
          <w:p w14:paraId="632DA5F7" w14:textId="77777777" w:rsidR="001B54C9" w:rsidRDefault="00C8706E">
            <w:r>
              <w:t>OIC allocation details sent.</w:t>
            </w:r>
          </w:p>
        </w:tc>
      </w:tr>
      <w:tr w:rsidR="001B54C9" w14:paraId="38578682" w14:textId="77777777">
        <w:trPr>
          <w:jc w:val="center"/>
        </w:trPr>
        <w:tc>
          <w:tcPr>
            <w:tcW w:w="1699" w:type="dxa"/>
            <w:shd w:val="clear" w:color="auto" w:fill="EAF2F8"/>
            <w:tcMar>
              <w:top w:w="80" w:type="dxa"/>
              <w:left w:w="100" w:type="dxa"/>
              <w:bottom w:w="80" w:type="dxa"/>
              <w:right w:w="100" w:type="dxa"/>
            </w:tcMar>
            <w:vAlign w:val="center"/>
          </w:tcPr>
          <w:p w14:paraId="13787D64" w14:textId="77777777" w:rsidR="001B54C9" w:rsidRDefault="00C8706E">
            <w:r>
              <w:t>24/06/2026 02:33</w:t>
            </w:r>
          </w:p>
        </w:tc>
        <w:tc>
          <w:tcPr>
            <w:tcW w:w="1757" w:type="dxa"/>
            <w:tcMar>
              <w:top w:w="80" w:type="dxa"/>
              <w:left w:w="100" w:type="dxa"/>
              <w:bottom w:w="80" w:type="dxa"/>
              <w:right w:w="100" w:type="dxa"/>
            </w:tcMar>
            <w:vAlign w:val="center"/>
          </w:tcPr>
          <w:p w14:paraId="106F18E2" w14:textId="77777777" w:rsidR="001B54C9" w:rsidRDefault="00C8706E">
            <w:r>
              <w:t>Internal discussion</w:t>
            </w:r>
          </w:p>
        </w:tc>
        <w:tc>
          <w:tcPr>
            <w:tcW w:w="6264" w:type="dxa"/>
            <w:tcMar>
              <w:top w:w="80" w:type="dxa"/>
              <w:left w:w="100" w:type="dxa"/>
              <w:bottom w:w="80" w:type="dxa"/>
              <w:right w:w="100" w:type="dxa"/>
            </w:tcMar>
            <w:vAlign w:val="center"/>
          </w:tcPr>
          <w:p w14:paraId="111A4862" w14:textId="77777777" w:rsidR="001B54C9" w:rsidRDefault="00C8706E">
            <w:r>
              <w:t>Officer spoke to supervisor about allocation because suspect was a neighbour; alternate OIC agreed.</w:t>
            </w:r>
          </w:p>
        </w:tc>
      </w:tr>
      <w:tr w:rsidR="001B54C9" w14:paraId="10EE9485" w14:textId="77777777">
        <w:trPr>
          <w:jc w:val="center"/>
        </w:trPr>
        <w:tc>
          <w:tcPr>
            <w:tcW w:w="1699" w:type="dxa"/>
            <w:shd w:val="clear" w:color="auto" w:fill="EAF2F8"/>
            <w:tcMar>
              <w:top w:w="80" w:type="dxa"/>
              <w:left w:w="100" w:type="dxa"/>
              <w:bottom w:w="80" w:type="dxa"/>
              <w:right w:w="100" w:type="dxa"/>
            </w:tcMar>
            <w:vAlign w:val="center"/>
          </w:tcPr>
          <w:p w14:paraId="10CFF7D4" w14:textId="77777777" w:rsidR="001B54C9" w:rsidRDefault="00C8706E">
            <w:r>
              <w:t>28/06/2026</w:t>
            </w:r>
          </w:p>
        </w:tc>
        <w:tc>
          <w:tcPr>
            <w:tcW w:w="1757" w:type="dxa"/>
            <w:tcMar>
              <w:top w:w="80" w:type="dxa"/>
              <w:left w:w="100" w:type="dxa"/>
              <w:bottom w:w="80" w:type="dxa"/>
              <w:right w:w="100" w:type="dxa"/>
            </w:tcMar>
            <w:vAlign w:val="center"/>
          </w:tcPr>
          <w:p w14:paraId="15634840" w14:textId="77777777" w:rsidR="001B54C9" w:rsidRDefault="00C8706E">
            <w:r>
              <w:t>Record entry</w:t>
            </w:r>
          </w:p>
        </w:tc>
        <w:tc>
          <w:tcPr>
            <w:tcW w:w="6264" w:type="dxa"/>
            <w:tcMar>
              <w:top w:w="80" w:type="dxa"/>
              <w:left w:w="100" w:type="dxa"/>
              <w:bottom w:w="80" w:type="dxa"/>
              <w:right w:w="100" w:type="dxa"/>
            </w:tcMar>
            <w:vAlign w:val="center"/>
          </w:tcPr>
          <w:p w14:paraId="1CD776A0" w14:textId="77777777" w:rsidR="001B54C9" w:rsidRDefault="00C8706E">
            <w:r>
              <w:t>Safeguarding and investigation plans created, including victim contact and evidence preservation actions.</w:t>
            </w:r>
          </w:p>
        </w:tc>
      </w:tr>
      <w:tr w:rsidR="001B54C9" w14:paraId="32435A56" w14:textId="77777777">
        <w:trPr>
          <w:jc w:val="center"/>
        </w:trPr>
        <w:tc>
          <w:tcPr>
            <w:tcW w:w="1699" w:type="dxa"/>
            <w:shd w:val="clear" w:color="auto" w:fill="EAF2F8"/>
            <w:tcMar>
              <w:top w:w="80" w:type="dxa"/>
              <w:left w:w="100" w:type="dxa"/>
              <w:bottom w:w="80" w:type="dxa"/>
              <w:right w:w="100" w:type="dxa"/>
            </w:tcMar>
            <w:vAlign w:val="center"/>
          </w:tcPr>
          <w:p w14:paraId="2BC4753B" w14:textId="77777777" w:rsidR="001B54C9" w:rsidRDefault="00C8706E">
            <w:r>
              <w:t>29/06/2026 09:30</w:t>
            </w:r>
          </w:p>
        </w:tc>
        <w:tc>
          <w:tcPr>
            <w:tcW w:w="1757" w:type="dxa"/>
            <w:tcMar>
              <w:top w:w="80" w:type="dxa"/>
              <w:left w:w="100" w:type="dxa"/>
              <w:bottom w:w="80" w:type="dxa"/>
              <w:right w:w="100" w:type="dxa"/>
            </w:tcMar>
            <w:vAlign w:val="center"/>
          </w:tcPr>
          <w:p w14:paraId="2AD213C7" w14:textId="77777777" w:rsidR="001B54C9" w:rsidRDefault="00C8706E">
            <w:r>
              <w:t>Mobile telephone and email</w:t>
            </w:r>
          </w:p>
        </w:tc>
        <w:tc>
          <w:tcPr>
            <w:tcW w:w="6264" w:type="dxa"/>
            <w:tcMar>
              <w:top w:w="80" w:type="dxa"/>
              <w:left w:w="100" w:type="dxa"/>
              <w:bottom w:w="80" w:type="dxa"/>
              <w:right w:w="100" w:type="dxa"/>
            </w:tcMar>
            <w:vAlign w:val="center"/>
          </w:tcPr>
          <w:p w14:paraId="584D8DBC" w14:textId="77777777" w:rsidR="001B54C9" w:rsidRDefault="00C8706E">
            <w:r>
              <w:t>Reporting party spoken to by phone and victim contacted by email to discuss concerns and desired outcome.</w:t>
            </w:r>
          </w:p>
        </w:tc>
      </w:tr>
      <w:tr w:rsidR="001B54C9" w14:paraId="5B935237" w14:textId="77777777">
        <w:trPr>
          <w:jc w:val="center"/>
        </w:trPr>
        <w:tc>
          <w:tcPr>
            <w:tcW w:w="1699" w:type="dxa"/>
            <w:shd w:val="clear" w:color="auto" w:fill="EAF2F8"/>
            <w:tcMar>
              <w:top w:w="80" w:type="dxa"/>
              <w:left w:w="100" w:type="dxa"/>
              <w:bottom w:w="80" w:type="dxa"/>
              <w:right w:w="100" w:type="dxa"/>
            </w:tcMar>
            <w:vAlign w:val="center"/>
          </w:tcPr>
          <w:p w14:paraId="5CED6471" w14:textId="77777777" w:rsidR="001B54C9" w:rsidRDefault="00C8706E">
            <w:r>
              <w:t>29/06/2026 11:10</w:t>
            </w:r>
          </w:p>
        </w:tc>
        <w:tc>
          <w:tcPr>
            <w:tcW w:w="1757" w:type="dxa"/>
            <w:tcMar>
              <w:top w:w="80" w:type="dxa"/>
              <w:left w:w="100" w:type="dxa"/>
              <w:bottom w:w="80" w:type="dxa"/>
              <w:right w:w="100" w:type="dxa"/>
            </w:tcMar>
            <w:vAlign w:val="center"/>
          </w:tcPr>
          <w:p w14:paraId="1A331CAB" w14:textId="77777777" w:rsidR="001B54C9" w:rsidRDefault="00C8706E">
            <w:r>
              <w:t>Email, automated</w:t>
            </w:r>
          </w:p>
        </w:tc>
        <w:tc>
          <w:tcPr>
            <w:tcW w:w="6264" w:type="dxa"/>
            <w:tcMar>
              <w:top w:w="80" w:type="dxa"/>
              <w:left w:w="100" w:type="dxa"/>
              <w:bottom w:w="80" w:type="dxa"/>
              <w:right w:w="100" w:type="dxa"/>
            </w:tcMar>
            <w:vAlign w:val="center"/>
          </w:tcPr>
          <w:p w14:paraId="35DF88E4" w14:textId="77777777" w:rsidR="001B54C9" w:rsidRDefault="00C8706E">
            <w:r>
              <w:t>OIC allocation update sent.</w:t>
            </w:r>
          </w:p>
        </w:tc>
      </w:tr>
      <w:tr w:rsidR="001B54C9" w14:paraId="037FDA20" w14:textId="77777777">
        <w:trPr>
          <w:jc w:val="center"/>
        </w:trPr>
        <w:tc>
          <w:tcPr>
            <w:tcW w:w="1699" w:type="dxa"/>
            <w:shd w:val="clear" w:color="auto" w:fill="EAF2F8"/>
            <w:tcMar>
              <w:top w:w="80" w:type="dxa"/>
              <w:left w:w="100" w:type="dxa"/>
              <w:bottom w:w="80" w:type="dxa"/>
              <w:right w:w="100" w:type="dxa"/>
            </w:tcMar>
            <w:vAlign w:val="center"/>
          </w:tcPr>
          <w:p w14:paraId="3DC5FB72" w14:textId="77777777" w:rsidR="001B54C9" w:rsidRDefault="00C8706E">
            <w:r>
              <w:t>29/06/2026 15:40-15:48</w:t>
            </w:r>
          </w:p>
        </w:tc>
        <w:tc>
          <w:tcPr>
            <w:tcW w:w="1757" w:type="dxa"/>
            <w:tcMar>
              <w:top w:w="80" w:type="dxa"/>
              <w:left w:w="100" w:type="dxa"/>
              <w:bottom w:w="80" w:type="dxa"/>
              <w:right w:w="100" w:type="dxa"/>
            </w:tcMar>
            <w:vAlign w:val="center"/>
          </w:tcPr>
          <w:p w14:paraId="6F4C1ABB" w14:textId="77777777" w:rsidR="001B54C9" w:rsidRDefault="00C8706E">
            <w:r>
              <w:t>Record entry / email and in person</w:t>
            </w:r>
          </w:p>
        </w:tc>
        <w:tc>
          <w:tcPr>
            <w:tcW w:w="6264" w:type="dxa"/>
            <w:tcMar>
              <w:top w:w="80" w:type="dxa"/>
              <w:left w:w="100" w:type="dxa"/>
              <w:bottom w:w="80" w:type="dxa"/>
              <w:right w:w="100" w:type="dxa"/>
            </w:tcMar>
            <w:vAlign w:val="center"/>
          </w:tcPr>
          <w:p w14:paraId="55AA5B5D" w14:textId="77777777" w:rsidR="001B54C9" w:rsidRDefault="00C8706E">
            <w:r>
              <w:t>VINA, investigation plan and safeguarding plan completed. Closure requested after victim declined to proceed.</w:t>
            </w:r>
          </w:p>
        </w:tc>
      </w:tr>
      <w:tr w:rsidR="001B54C9" w14:paraId="546D5CB4" w14:textId="77777777">
        <w:trPr>
          <w:jc w:val="center"/>
        </w:trPr>
        <w:tc>
          <w:tcPr>
            <w:tcW w:w="1699" w:type="dxa"/>
            <w:shd w:val="clear" w:color="auto" w:fill="EAF2F8"/>
            <w:tcMar>
              <w:top w:w="80" w:type="dxa"/>
              <w:left w:w="100" w:type="dxa"/>
              <w:bottom w:w="80" w:type="dxa"/>
              <w:right w:w="100" w:type="dxa"/>
            </w:tcMar>
            <w:vAlign w:val="center"/>
          </w:tcPr>
          <w:p w14:paraId="5ADFC136" w14:textId="77777777" w:rsidR="001B54C9" w:rsidRDefault="00C8706E">
            <w:r>
              <w:t>02/07/2026 11:14</w:t>
            </w:r>
          </w:p>
        </w:tc>
        <w:tc>
          <w:tcPr>
            <w:tcW w:w="1757" w:type="dxa"/>
            <w:tcMar>
              <w:top w:w="80" w:type="dxa"/>
              <w:left w:w="100" w:type="dxa"/>
              <w:bottom w:w="80" w:type="dxa"/>
              <w:right w:w="100" w:type="dxa"/>
            </w:tcMar>
            <w:vAlign w:val="center"/>
          </w:tcPr>
          <w:p w14:paraId="55040850" w14:textId="77777777" w:rsidR="001B54C9" w:rsidRDefault="00C8706E">
            <w:r>
              <w:t>CDA review</w:t>
            </w:r>
          </w:p>
        </w:tc>
        <w:tc>
          <w:tcPr>
            <w:tcW w:w="6264" w:type="dxa"/>
            <w:tcMar>
              <w:top w:w="80" w:type="dxa"/>
              <w:left w:w="100" w:type="dxa"/>
              <w:bottom w:w="80" w:type="dxa"/>
              <w:right w:w="100" w:type="dxa"/>
            </w:tcMar>
            <w:vAlign w:val="center"/>
          </w:tcPr>
          <w:p w14:paraId="16BFBAC9" w14:textId="77777777" w:rsidR="001B54C9" w:rsidRDefault="00C8706E">
            <w:r>
              <w:t>Finalisation rejected because supervisor template was missing.</w:t>
            </w:r>
          </w:p>
        </w:tc>
      </w:tr>
      <w:tr w:rsidR="001B54C9" w14:paraId="171B0C01" w14:textId="77777777">
        <w:trPr>
          <w:jc w:val="center"/>
        </w:trPr>
        <w:tc>
          <w:tcPr>
            <w:tcW w:w="1699" w:type="dxa"/>
            <w:shd w:val="clear" w:color="auto" w:fill="EAF2F8"/>
            <w:tcMar>
              <w:top w:w="80" w:type="dxa"/>
              <w:left w:w="100" w:type="dxa"/>
              <w:bottom w:w="80" w:type="dxa"/>
              <w:right w:w="100" w:type="dxa"/>
            </w:tcMar>
            <w:vAlign w:val="center"/>
          </w:tcPr>
          <w:p w14:paraId="028A3B43" w14:textId="77777777" w:rsidR="001B54C9" w:rsidRDefault="00C8706E">
            <w:r>
              <w:t>13/07/2026 08:16-08:25</w:t>
            </w:r>
          </w:p>
        </w:tc>
        <w:tc>
          <w:tcPr>
            <w:tcW w:w="1757" w:type="dxa"/>
            <w:tcMar>
              <w:top w:w="80" w:type="dxa"/>
              <w:left w:w="100" w:type="dxa"/>
              <w:bottom w:w="80" w:type="dxa"/>
              <w:right w:w="100" w:type="dxa"/>
            </w:tcMar>
            <w:vAlign w:val="center"/>
          </w:tcPr>
          <w:p w14:paraId="0C1032F7" w14:textId="77777777" w:rsidR="001B54C9" w:rsidRDefault="00C8706E">
            <w:r>
              <w:t>Email and SMS, automated</w:t>
            </w:r>
          </w:p>
        </w:tc>
        <w:tc>
          <w:tcPr>
            <w:tcW w:w="6264" w:type="dxa"/>
            <w:tcMar>
              <w:top w:w="80" w:type="dxa"/>
              <w:left w:w="100" w:type="dxa"/>
              <w:bottom w:w="80" w:type="dxa"/>
              <w:right w:w="100" w:type="dxa"/>
            </w:tcMar>
            <w:vAlign w:val="center"/>
          </w:tcPr>
          <w:p w14:paraId="647FD4FE" w14:textId="77777777" w:rsidR="001B54C9" w:rsidRDefault="00C8706E">
            <w:r>
              <w:t>Victim advised occurrence was still being investigated.</w:t>
            </w:r>
          </w:p>
        </w:tc>
      </w:tr>
      <w:tr w:rsidR="001B54C9" w14:paraId="5FDD529B" w14:textId="77777777">
        <w:trPr>
          <w:jc w:val="center"/>
        </w:trPr>
        <w:tc>
          <w:tcPr>
            <w:tcW w:w="1699" w:type="dxa"/>
            <w:shd w:val="clear" w:color="auto" w:fill="EAF2F8"/>
            <w:tcMar>
              <w:top w:w="80" w:type="dxa"/>
              <w:left w:w="100" w:type="dxa"/>
              <w:bottom w:w="80" w:type="dxa"/>
              <w:right w:w="100" w:type="dxa"/>
            </w:tcMar>
            <w:vAlign w:val="center"/>
          </w:tcPr>
          <w:p w14:paraId="03A83099" w14:textId="77777777" w:rsidR="001B54C9" w:rsidRDefault="00C8706E">
            <w:r>
              <w:t>14/07/2026 11:59</w:t>
            </w:r>
          </w:p>
        </w:tc>
        <w:tc>
          <w:tcPr>
            <w:tcW w:w="1757" w:type="dxa"/>
            <w:tcMar>
              <w:top w:w="80" w:type="dxa"/>
              <w:left w:w="100" w:type="dxa"/>
              <w:bottom w:w="80" w:type="dxa"/>
              <w:right w:w="100" w:type="dxa"/>
            </w:tcMar>
            <w:vAlign w:val="center"/>
          </w:tcPr>
          <w:p w14:paraId="665D13D4" w14:textId="77777777" w:rsidR="001B54C9" w:rsidRDefault="00C8706E">
            <w:r>
              <w:t>Supervisor review</w:t>
            </w:r>
          </w:p>
        </w:tc>
        <w:tc>
          <w:tcPr>
            <w:tcW w:w="6264" w:type="dxa"/>
            <w:tcMar>
              <w:top w:w="80" w:type="dxa"/>
              <w:left w:w="100" w:type="dxa"/>
              <w:bottom w:w="80" w:type="dxa"/>
              <w:right w:w="100" w:type="dxa"/>
            </w:tcMar>
            <w:vAlign w:val="center"/>
          </w:tcPr>
          <w:p w14:paraId="1BCE9957" w14:textId="77777777" w:rsidR="001B54C9" w:rsidRDefault="00C8706E">
            <w:r>
              <w:t>Closure authorised as Outcome 16.</w:t>
            </w:r>
          </w:p>
        </w:tc>
      </w:tr>
      <w:tr w:rsidR="001B54C9" w14:paraId="6390A86C" w14:textId="77777777">
        <w:trPr>
          <w:jc w:val="center"/>
        </w:trPr>
        <w:tc>
          <w:tcPr>
            <w:tcW w:w="1699" w:type="dxa"/>
            <w:shd w:val="clear" w:color="auto" w:fill="EAF2F8"/>
            <w:tcMar>
              <w:top w:w="80" w:type="dxa"/>
              <w:left w:w="100" w:type="dxa"/>
              <w:bottom w:w="80" w:type="dxa"/>
              <w:right w:w="100" w:type="dxa"/>
            </w:tcMar>
            <w:vAlign w:val="center"/>
          </w:tcPr>
          <w:p w14:paraId="48B6E065" w14:textId="77777777" w:rsidR="001B54C9" w:rsidRDefault="00C8706E">
            <w:r>
              <w:t>16/07/2026 09:39-10:00</w:t>
            </w:r>
          </w:p>
        </w:tc>
        <w:tc>
          <w:tcPr>
            <w:tcW w:w="1757" w:type="dxa"/>
            <w:tcMar>
              <w:top w:w="80" w:type="dxa"/>
              <w:left w:w="100" w:type="dxa"/>
              <w:bottom w:w="80" w:type="dxa"/>
              <w:right w:w="100" w:type="dxa"/>
            </w:tcMar>
            <w:vAlign w:val="center"/>
          </w:tcPr>
          <w:p w14:paraId="2ACB6599" w14:textId="77777777" w:rsidR="001B54C9" w:rsidRDefault="00C8706E">
            <w:r>
              <w:t>CDA / email</w:t>
            </w:r>
          </w:p>
        </w:tc>
        <w:tc>
          <w:tcPr>
            <w:tcW w:w="6264" w:type="dxa"/>
            <w:tcMar>
              <w:top w:w="80" w:type="dxa"/>
              <w:left w:w="100" w:type="dxa"/>
              <w:bottom w:w="80" w:type="dxa"/>
              <w:right w:w="100" w:type="dxa"/>
            </w:tcMar>
            <w:vAlign w:val="center"/>
          </w:tcPr>
          <w:p w14:paraId="58056F6E" w14:textId="77777777" w:rsidR="001B54C9" w:rsidRDefault="00C8706E">
            <w:r>
              <w:t>Case finalised; closure email sent.</w:t>
            </w:r>
          </w:p>
        </w:tc>
      </w:tr>
      <w:tr w:rsidR="001B54C9" w14:paraId="34546438" w14:textId="77777777">
        <w:trPr>
          <w:jc w:val="center"/>
        </w:trPr>
        <w:tc>
          <w:tcPr>
            <w:tcW w:w="1699" w:type="dxa"/>
            <w:shd w:val="clear" w:color="auto" w:fill="EAF2F8"/>
            <w:tcMar>
              <w:top w:w="80" w:type="dxa"/>
              <w:left w:w="100" w:type="dxa"/>
              <w:bottom w:w="80" w:type="dxa"/>
              <w:right w:w="100" w:type="dxa"/>
            </w:tcMar>
            <w:vAlign w:val="center"/>
          </w:tcPr>
          <w:p w14:paraId="3F9A32CB" w14:textId="77777777" w:rsidR="001B54C9" w:rsidRDefault="00C8706E">
            <w:r>
              <w:t>18/07/2026 09:12</w:t>
            </w:r>
          </w:p>
        </w:tc>
        <w:tc>
          <w:tcPr>
            <w:tcW w:w="1757" w:type="dxa"/>
            <w:tcMar>
              <w:top w:w="80" w:type="dxa"/>
              <w:left w:w="100" w:type="dxa"/>
              <w:bottom w:w="80" w:type="dxa"/>
              <w:right w:w="100" w:type="dxa"/>
            </w:tcMar>
            <w:vAlign w:val="center"/>
          </w:tcPr>
          <w:p w14:paraId="199B5D61" w14:textId="77777777" w:rsidR="001B54C9" w:rsidRDefault="00C8706E">
            <w:r>
              <w:t>SMS, automated</w:t>
            </w:r>
          </w:p>
        </w:tc>
        <w:tc>
          <w:tcPr>
            <w:tcW w:w="6264" w:type="dxa"/>
            <w:tcMar>
              <w:top w:w="80" w:type="dxa"/>
              <w:left w:w="100" w:type="dxa"/>
              <w:bottom w:w="80" w:type="dxa"/>
              <w:right w:w="100" w:type="dxa"/>
            </w:tcMar>
            <w:vAlign w:val="center"/>
          </w:tcPr>
          <w:p w14:paraId="785A1E96" w14:textId="77777777" w:rsidR="001B54C9" w:rsidRDefault="00C8706E">
            <w:r>
              <w:t>Closure message and survey link sent.</w:t>
            </w:r>
          </w:p>
        </w:tc>
      </w:tr>
    </w:tbl>
    <w:p w14:paraId="24957869" w14:textId="77777777" w:rsidR="001B54C9" w:rsidRDefault="00C8706E">
      <w:r>
        <w:br w:type="page"/>
      </w:r>
    </w:p>
    <w:p w14:paraId="1539133D" w14:textId="77777777" w:rsidR="001B54C9" w:rsidRDefault="00C8706E">
      <w:pPr>
        <w:pStyle w:val="Title"/>
      </w:pPr>
      <w:r>
        <w:lastRenderedPageBreak/>
        <w:t>Related to Sample 3 (not recorded as a hate crime)</w:t>
      </w:r>
    </w:p>
    <w:p w14:paraId="49A3BC63" w14:textId="77777777" w:rsidR="001B54C9" w:rsidRDefault="00C8706E">
      <w:r>
        <w:rPr>
          <w:b/>
          <w:color w:val="1F4E79"/>
        </w:rPr>
        <w:t xml:space="preserve">Incident number: </w:t>
      </w:r>
      <w:r>
        <w:t>26000083380</w:t>
      </w:r>
    </w:p>
    <w:p w14:paraId="297F08C5" w14:textId="77777777" w:rsidR="001B54C9" w:rsidRDefault="00C8706E">
      <w:r>
        <w:rPr>
          <w:b/>
          <w:color w:val="1F4E79"/>
        </w:rPr>
        <w:t xml:space="preserve">Outcome: </w:t>
      </w:r>
      <w:r>
        <w:t>Outcome 16: Victim declines / withdraws support, named suspect identified</w:t>
      </w:r>
    </w:p>
    <w:p w14:paraId="09802923" w14:textId="77777777" w:rsidR="001B54C9" w:rsidRDefault="00C8706E">
      <w:r>
        <w:rPr>
          <w:b/>
          <w:color w:val="1F4E79"/>
        </w:rPr>
        <w:t xml:space="preserve">Protective characteristic marker(s): </w:t>
      </w:r>
      <w:r>
        <w:t>No protective characteristic marker recorded: Disabled No; Racial No; Religion No; Sexual orientation No; Transgender No.</w:t>
      </w:r>
    </w:p>
    <w:p w14:paraId="14B6E6B4" w14:textId="77777777" w:rsidR="001B54C9" w:rsidRDefault="00C8706E">
      <w:pPr>
        <w:pStyle w:val="Heading1"/>
      </w:pPr>
      <w:r>
        <w:t>Summary</w:t>
      </w:r>
    </w:p>
    <w:p w14:paraId="47BD49B4" w14:textId="77777777" w:rsidR="001B54C9" w:rsidRDefault="00C8706E">
      <w:pPr>
        <w:pStyle w:val="Heading2"/>
      </w:pPr>
      <w:r>
        <w:t>Initial MO (full recorded wording)</w:t>
      </w:r>
    </w:p>
    <w:p w14:paraId="43C14EB7" w14:textId="77777777" w:rsidR="001B54C9" w:rsidRDefault="00C8706E">
      <w:pPr>
        <w:pStyle w:val="Quote"/>
      </w:pPr>
      <w:r>
        <w:t>LOCAL SUSPECT FEMALE IS SEEN AND HEARD TO BE DRIVING AROUND NEAR TO THE VICTIM FEMALE'S ADDRESS WHILST BELIEVED TO BE UNDER THE INFLUENCE, BEEPING HER HORN ON MULTIPLE OCCASIONS, CAUSING DISTRESS TO THE VICTIM AND OTHER RESIDENTS.</w:t>
      </w:r>
    </w:p>
    <w:p w14:paraId="69F59187" w14:textId="77777777" w:rsidR="001B54C9" w:rsidRDefault="00C8706E">
      <w:pPr>
        <w:pStyle w:val="Heading2"/>
      </w:pPr>
      <w:r>
        <w:t>Closure rationale (full recorded wording)</w:t>
      </w:r>
    </w:p>
    <w:p w14:paraId="0CDCDA16" w14:textId="77777777" w:rsidR="001B54C9" w:rsidRDefault="00C8706E">
      <w:pPr>
        <w:pStyle w:val="Quote"/>
      </w:pPr>
      <w:r>
        <w:t>A full closure rationale is not included in the supplied records. The summary records Outcome 16 and states that the occurrence is not a hate crime; it was included because it has the same suspect as Sample 3.</w:t>
      </w:r>
    </w:p>
    <w:p w14:paraId="0FA74301"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402"/>
        <w:gridCol w:w="5754"/>
      </w:tblGrid>
      <w:tr w:rsidR="001B54C9" w14:paraId="2CC04265" w14:textId="77777777">
        <w:trPr>
          <w:tblHeader/>
          <w:jc w:val="center"/>
        </w:trPr>
        <w:tc>
          <w:tcPr>
            <w:tcW w:w="5083" w:type="dxa"/>
            <w:shd w:val="clear" w:color="auto" w:fill="1F4E79"/>
            <w:vAlign w:val="center"/>
          </w:tcPr>
          <w:p w14:paraId="1EC23C01" w14:textId="77777777" w:rsidR="001B54C9" w:rsidRDefault="00C8706E">
            <w:r>
              <w:rPr>
                <w:b/>
                <w:color w:val="FFFFFF"/>
              </w:rPr>
              <w:t>Requirement</w:t>
            </w:r>
          </w:p>
        </w:tc>
        <w:tc>
          <w:tcPr>
            <w:tcW w:w="5083" w:type="dxa"/>
            <w:shd w:val="clear" w:color="auto" w:fill="1F4E79"/>
            <w:vAlign w:val="center"/>
          </w:tcPr>
          <w:p w14:paraId="1C84C683" w14:textId="77777777" w:rsidR="001B54C9" w:rsidRDefault="00C8706E">
            <w:r>
              <w:rPr>
                <w:b/>
                <w:color w:val="FFFFFF"/>
              </w:rPr>
              <w:t>Finding</w:t>
            </w:r>
          </w:p>
        </w:tc>
      </w:tr>
      <w:tr w:rsidR="001B54C9" w14:paraId="5FA8011B" w14:textId="77777777">
        <w:trPr>
          <w:jc w:val="center"/>
        </w:trPr>
        <w:tc>
          <w:tcPr>
            <w:tcW w:w="2880" w:type="dxa"/>
            <w:shd w:val="clear" w:color="auto" w:fill="D9EAF7"/>
            <w:tcMar>
              <w:top w:w="80" w:type="dxa"/>
              <w:left w:w="100" w:type="dxa"/>
              <w:bottom w:w="80" w:type="dxa"/>
              <w:right w:w="100" w:type="dxa"/>
            </w:tcMar>
            <w:vAlign w:val="center"/>
          </w:tcPr>
          <w:p w14:paraId="66BFD602" w14:textId="77777777" w:rsidR="001B54C9" w:rsidRDefault="00C8706E">
            <w:r>
              <w:t>VINA completed?</w:t>
            </w:r>
          </w:p>
        </w:tc>
        <w:tc>
          <w:tcPr>
            <w:tcW w:w="6768" w:type="dxa"/>
            <w:tcMar>
              <w:top w:w="80" w:type="dxa"/>
              <w:left w:w="100" w:type="dxa"/>
              <w:bottom w:w="80" w:type="dxa"/>
              <w:right w:w="100" w:type="dxa"/>
            </w:tcMar>
            <w:vAlign w:val="center"/>
          </w:tcPr>
          <w:p w14:paraId="68820934" w14:textId="77777777" w:rsidR="001B54C9" w:rsidRDefault="00C8706E">
            <w:r>
              <w:t>No VINA can be found in the supplied records for this related occurrence.</w:t>
            </w:r>
          </w:p>
        </w:tc>
      </w:tr>
      <w:tr w:rsidR="001B54C9" w14:paraId="5131A384" w14:textId="77777777">
        <w:trPr>
          <w:jc w:val="center"/>
        </w:trPr>
        <w:tc>
          <w:tcPr>
            <w:tcW w:w="2880" w:type="dxa"/>
            <w:shd w:val="clear" w:color="auto" w:fill="D9EAF7"/>
            <w:tcMar>
              <w:top w:w="80" w:type="dxa"/>
              <w:left w:w="100" w:type="dxa"/>
              <w:bottom w:w="80" w:type="dxa"/>
              <w:right w:w="100" w:type="dxa"/>
            </w:tcMar>
            <w:vAlign w:val="center"/>
          </w:tcPr>
          <w:p w14:paraId="4B3F5441" w14:textId="77777777" w:rsidR="001B54C9" w:rsidRDefault="00C8706E">
            <w:r>
              <w:t>Enhanced service required?</w:t>
            </w:r>
          </w:p>
        </w:tc>
        <w:tc>
          <w:tcPr>
            <w:tcW w:w="6768" w:type="dxa"/>
            <w:tcMar>
              <w:top w:w="80" w:type="dxa"/>
              <w:left w:w="100" w:type="dxa"/>
              <w:bottom w:w="80" w:type="dxa"/>
              <w:right w:w="100" w:type="dxa"/>
            </w:tcMar>
            <w:vAlign w:val="center"/>
          </w:tcPr>
          <w:p w14:paraId="57902D95" w14:textId="77777777" w:rsidR="001B54C9" w:rsidRDefault="00C8706E">
            <w:r>
              <w:t>Not recorded because no VINA is present in the supplied records.</w:t>
            </w:r>
          </w:p>
        </w:tc>
      </w:tr>
      <w:tr w:rsidR="001B54C9" w14:paraId="6491FBD9" w14:textId="77777777">
        <w:trPr>
          <w:jc w:val="center"/>
        </w:trPr>
        <w:tc>
          <w:tcPr>
            <w:tcW w:w="2880" w:type="dxa"/>
            <w:shd w:val="clear" w:color="auto" w:fill="D9EAF7"/>
            <w:tcMar>
              <w:top w:w="80" w:type="dxa"/>
              <w:left w:w="100" w:type="dxa"/>
              <w:bottom w:w="80" w:type="dxa"/>
              <w:right w:w="100" w:type="dxa"/>
            </w:tcMar>
            <w:vAlign w:val="center"/>
          </w:tcPr>
          <w:p w14:paraId="785AD87D" w14:textId="77777777" w:rsidR="001B54C9" w:rsidRDefault="00C8706E">
            <w:r>
              <w:t>Assessment note</w:t>
            </w:r>
          </w:p>
        </w:tc>
        <w:tc>
          <w:tcPr>
            <w:tcW w:w="6768" w:type="dxa"/>
            <w:tcMar>
              <w:top w:w="80" w:type="dxa"/>
              <w:left w:w="100" w:type="dxa"/>
              <w:bottom w:w="80" w:type="dxa"/>
              <w:right w:w="100" w:type="dxa"/>
            </w:tcMar>
            <w:vAlign w:val="center"/>
          </w:tcPr>
          <w:p w14:paraId="503035EF" w14:textId="77777777" w:rsidR="001B54C9" w:rsidRDefault="00C8706E">
            <w:r>
              <w:t>Only the summary page was supplied; no Occurrence Enquiry Log was included.</w:t>
            </w:r>
          </w:p>
        </w:tc>
      </w:tr>
    </w:tbl>
    <w:p w14:paraId="4F778E7F"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713"/>
        <w:gridCol w:w="2663"/>
        <w:gridCol w:w="4780"/>
      </w:tblGrid>
      <w:tr w:rsidR="001B54C9" w14:paraId="0F586D2F" w14:textId="77777777">
        <w:trPr>
          <w:tblHeader/>
          <w:jc w:val="center"/>
        </w:trPr>
        <w:tc>
          <w:tcPr>
            <w:tcW w:w="3389" w:type="dxa"/>
            <w:shd w:val="clear" w:color="auto" w:fill="1F4E79"/>
            <w:tcMar>
              <w:top w:w="80" w:type="dxa"/>
              <w:left w:w="100" w:type="dxa"/>
              <w:bottom w:w="80" w:type="dxa"/>
              <w:right w:w="100" w:type="dxa"/>
            </w:tcMar>
            <w:vAlign w:val="center"/>
          </w:tcPr>
          <w:p w14:paraId="38A26FBC"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4AA551B8"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433CD231" w14:textId="77777777" w:rsidR="001B54C9" w:rsidRDefault="00C8706E">
            <w:r>
              <w:rPr>
                <w:b/>
                <w:color w:val="FFFFFF"/>
              </w:rPr>
              <w:t>Action / contact</w:t>
            </w:r>
          </w:p>
        </w:tc>
      </w:tr>
      <w:tr w:rsidR="001B54C9" w14:paraId="688DDD5F" w14:textId="77777777">
        <w:trPr>
          <w:jc w:val="center"/>
        </w:trPr>
        <w:tc>
          <w:tcPr>
            <w:tcW w:w="1699" w:type="dxa"/>
            <w:shd w:val="clear" w:color="auto" w:fill="EAF2F8"/>
            <w:tcMar>
              <w:top w:w="80" w:type="dxa"/>
              <w:left w:w="100" w:type="dxa"/>
              <w:bottom w:w="80" w:type="dxa"/>
              <w:right w:w="100" w:type="dxa"/>
            </w:tcMar>
            <w:vAlign w:val="center"/>
          </w:tcPr>
          <w:p w14:paraId="4E614D36" w14:textId="77777777" w:rsidR="001B54C9" w:rsidRDefault="00C8706E">
            <w:r>
              <w:t>14/06/2026 13:45</w:t>
            </w:r>
          </w:p>
        </w:tc>
        <w:tc>
          <w:tcPr>
            <w:tcW w:w="1757" w:type="dxa"/>
            <w:tcMar>
              <w:top w:w="80" w:type="dxa"/>
              <w:left w:w="100" w:type="dxa"/>
              <w:bottom w:w="80" w:type="dxa"/>
              <w:right w:w="100" w:type="dxa"/>
            </w:tcMar>
            <w:vAlign w:val="center"/>
          </w:tcPr>
          <w:p w14:paraId="05DBDFBF" w14:textId="77777777" w:rsidR="001B54C9" w:rsidRDefault="00C8706E">
            <w:r>
              <w:t>Incident, method not recorded</w:t>
            </w:r>
          </w:p>
        </w:tc>
        <w:tc>
          <w:tcPr>
            <w:tcW w:w="6264" w:type="dxa"/>
            <w:tcMar>
              <w:top w:w="80" w:type="dxa"/>
              <w:left w:w="100" w:type="dxa"/>
              <w:bottom w:w="80" w:type="dxa"/>
              <w:right w:w="100" w:type="dxa"/>
            </w:tcMar>
            <w:vAlign w:val="center"/>
          </w:tcPr>
          <w:p w14:paraId="5F234EAB" w14:textId="77777777" w:rsidR="001B54C9" w:rsidRDefault="00C8706E">
            <w:r>
              <w:t>Harassment incident recorded as commencing.</w:t>
            </w:r>
          </w:p>
        </w:tc>
      </w:tr>
      <w:tr w:rsidR="001B54C9" w14:paraId="36FDA796" w14:textId="77777777">
        <w:trPr>
          <w:jc w:val="center"/>
        </w:trPr>
        <w:tc>
          <w:tcPr>
            <w:tcW w:w="1699" w:type="dxa"/>
            <w:shd w:val="clear" w:color="auto" w:fill="EAF2F8"/>
            <w:tcMar>
              <w:top w:w="80" w:type="dxa"/>
              <w:left w:w="100" w:type="dxa"/>
              <w:bottom w:w="80" w:type="dxa"/>
              <w:right w:w="100" w:type="dxa"/>
            </w:tcMar>
            <w:vAlign w:val="center"/>
          </w:tcPr>
          <w:p w14:paraId="25726AE4" w14:textId="77777777" w:rsidR="001B54C9" w:rsidRDefault="00C8706E">
            <w:r>
              <w:t>17/06/2026</w:t>
            </w:r>
          </w:p>
        </w:tc>
        <w:tc>
          <w:tcPr>
            <w:tcW w:w="1757" w:type="dxa"/>
            <w:tcMar>
              <w:top w:w="80" w:type="dxa"/>
              <w:left w:w="100" w:type="dxa"/>
              <w:bottom w:w="80" w:type="dxa"/>
              <w:right w:w="100" w:type="dxa"/>
            </w:tcMar>
            <w:vAlign w:val="center"/>
          </w:tcPr>
          <w:p w14:paraId="317B7D74" w14:textId="77777777" w:rsidR="001B54C9" w:rsidRDefault="00C8706E">
            <w:r>
              <w:t>Record creation</w:t>
            </w:r>
          </w:p>
        </w:tc>
        <w:tc>
          <w:tcPr>
            <w:tcW w:w="6264" w:type="dxa"/>
            <w:tcMar>
              <w:top w:w="80" w:type="dxa"/>
              <w:left w:w="100" w:type="dxa"/>
              <w:bottom w:w="80" w:type="dxa"/>
              <w:right w:w="100" w:type="dxa"/>
            </w:tcMar>
            <w:vAlign w:val="center"/>
          </w:tcPr>
          <w:p w14:paraId="69888FB3" w14:textId="77777777" w:rsidR="001B54C9" w:rsidRDefault="00C8706E">
            <w:r>
              <w:t>Occurrence created.</w:t>
            </w:r>
          </w:p>
        </w:tc>
      </w:tr>
      <w:tr w:rsidR="001B54C9" w14:paraId="762CCBF2" w14:textId="77777777">
        <w:trPr>
          <w:jc w:val="center"/>
        </w:trPr>
        <w:tc>
          <w:tcPr>
            <w:tcW w:w="1699" w:type="dxa"/>
            <w:shd w:val="clear" w:color="auto" w:fill="EAF2F8"/>
            <w:tcMar>
              <w:top w:w="80" w:type="dxa"/>
              <w:left w:w="100" w:type="dxa"/>
              <w:bottom w:w="80" w:type="dxa"/>
              <w:right w:w="100" w:type="dxa"/>
            </w:tcMar>
            <w:vAlign w:val="center"/>
          </w:tcPr>
          <w:p w14:paraId="3C12EC00" w14:textId="77777777" w:rsidR="001B54C9" w:rsidRDefault="00C8706E">
            <w:r>
              <w:t>Date not supplied</w:t>
            </w:r>
          </w:p>
        </w:tc>
        <w:tc>
          <w:tcPr>
            <w:tcW w:w="1757" w:type="dxa"/>
            <w:tcMar>
              <w:top w:w="80" w:type="dxa"/>
              <w:left w:w="100" w:type="dxa"/>
              <w:bottom w:w="80" w:type="dxa"/>
              <w:right w:w="100" w:type="dxa"/>
            </w:tcMar>
            <w:vAlign w:val="center"/>
          </w:tcPr>
          <w:p w14:paraId="3CF492EB" w14:textId="77777777" w:rsidR="001B54C9" w:rsidRDefault="00C8706E">
            <w:r>
              <w:t>Outcome record</w:t>
            </w:r>
          </w:p>
        </w:tc>
        <w:tc>
          <w:tcPr>
            <w:tcW w:w="6264" w:type="dxa"/>
            <w:tcMar>
              <w:top w:w="80" w:type="dxa"/>
              <w:left w:w="100" w:type="dxa"/>
              <w:bottom w:w="80" w:type="dxa"/>
              <w:right w:w="100" w:type="dxa"/>
            </w:tcMar>
            <w:vAlign w:val="center"/>
          </w:tcPr>
          <w:p w14:paraId="0DB50FD3" w14:textId="77777777" w:rsidR="001B54C9" w:rsidRDefault="00C8706E">
            <w:r>
              <w:t>Outcome 16 recorded. No detailed OEL actions or contacts were supplied.</w:t>
            </w:r>
          </w:p>
        </w:tc>
      </w:tr>
    </w:tbl>
    <w:p w14:paraId="2F98E8E5" w14:textId="77777777" w:rsidR="001B54C9" w:rsidRDefault="00C8706E">
      <w:r>
        <w:br w:type="page"/>
      </w:r>
    </w:p>
    <w:p w14:paraId="182B54E9" w14:textId="77777777" w:rsidR="001B54C9" w:rsidRDefault="00C8706E">
      <w:pPr>
        <w:pStyle w:val="Title"/>
      </w:pPr>
      <w:r>
        <w:lastRenderedPageBreak/>
        <w:t>Sample 4</w:t>
      </w:r>
    </w:p>
    <w:p w14:paraId="51653F91" w14:textId="77777777" w:rsidR="001B54C9" w:rsidRDefault="00C8706E">
      <w:r>
        <w:rPr>
          <w:b/>
          <w:color w:val="1F4E79"/>
        </w:rPr>
        <w:t xml:space="preserve">Incident number: </w:t>
      </w:r>
      <w:r>
        <w:t>26000112469</w:t>
      </w:r>
    </w:p>
    <w:p w14:paraId="34447E1C" w14:textId="77777777" w:rsidR="001B54C9" w:rsidRDefault="00C8706E">
      <w:r>
        <w:rPr>
          <w:b/>
          <w:color w:val="1F4E79"/>
        </w:rPr>
        <w:t xml:space="preserve">Outcome: </w:t>
      </w:r>
      <w:r>
        <w:t>Outcome 15: Named suspect, victim supports but evidential difficulties</w:t>
      </w:r>
    </w:p>
    <w:p w14:paraId="42A6C93F" w14:textId="77777777" w:rsidR="001B54C9" w:rsidRDefault="00C8706E">
      <w:r>
        <w:rPr>
          <w:b/>
          <w:color w:val="1F4E79"/>
        </w:rPr>
        <w:t xml:space="preserve">Protective characteristic marker(s): </w:t>
      </w:r>
      <w:r>
        <w:t>Disabled: Yes. Racial: No. Religion: No. Sexual orientation: No. Transgender: No.</w:t>
      </w:r>
    </w:p>
    <w:p w14:paraId="13833DE5" w14:textId="77777777" w:rsidR="001B54C9" w:rsidRDefault="00C8706E">
      <w:pPr>
        <w:pStyle w:val="Heading1"/>
      </w:pPr>
      <w:r>
        <w:t>Summary</w:t>
      </w:r>
    </w:p>
    <w:p w14:paraId="2CEA4306" w14:textId="77777777" w:rsidR="001B54C9" w:rsidRDefault="00C8706E">
      <w:pPr>
        <w:pStyle w:val="Heading2"/>
      </w:pPr>
      <w:r>
        <w:t>Initial MO (full recorded wording)</w:t>
      </w:r>
    </w:p>
    <w:p w14:paraId="321A05F0" w14:textId="77777777" w:rsidR="001B54C9" w:rsidRDefault="00C8706E">
      <w:pPr>
        <w:pStyle w:val="Quote"/>
      </w:pPr>
      <w:r>
        <w:t>male victim reports he has been having ongoing issues with his neighbour. suspect bangs through the wall at victim when victim who has tourettes tics, suspect has shouted "knobhead" and "fucking bastard" at victim in the street.</w:t>
      </w:r>
    </w:p>
    <w:p w14:paraId="2B6289FA" w14:textId="77777777" w:rsidR="001B54C9" w:rsidRDefault="00C8706E">
      <w:pPr>
        <w:pStyle w:val="Heading2"/>
      </w:pPr>
      <w:r>
        <w:t>Closure rationale (full recorded wording)</w:t>
      </w:r>
    </w:p>
    <w:p w14:paraId="7E5401BA" w14:textId="77777777" w:rsidR="001B54C9" w:rsidRDefault="00C8706E">
      <w:pPr>
        <w:pStyle w:val="Quote"/>
      </w:pPr>
      <w:r>
        <w:t>CMU spoke to the victim at length by telephone, and the victim reiterated the circumstances. The victim had no CCTV and there were no known witnesses. The occurrence was filed as Outcome 15 because independent evidence was unavailable. The victim was advised to report recurring incidents to police and Housing and to call 999 if the suspect attended and threatened violence, to enable patrol deployment and possible audio capture. Suspect checks showed the named suspect recorded on Niche with nothing outstandi</w:t>
      </w:r>
      <w:r>
        <w:t>ng. CDA finalised Outcome 15 on 14/08/2026.</w:t>
      </w:r>
    </w:p>
    <w:p w14:paraId="77D32877"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405"/>
        <w:gridCol w:w="5751"/>
      </w:tblGrid>
      <w:tr w:rsidR="001B54C9" w14:paraId="16341477" w14:textId="77777777">
        <w:trPr>
          <w:tblHeader/>
          <w:jc w:val="center"/>
        </w:trPr>
        <w:tc>
          <w:tcPr>
            <w:tcW w:w="5083" w:type="dxa"/>
            <w:shd w:val="clear" w:color="auto" w:fill="1F4E79"/>
            <w:vAlign w:val="center"/>
          </w:tcPr>
          <w:p w14:paraId="7AC44CA5" w14:textId="77777777" w:rsidR="001B54C9" w:rsidRDefault="00C8706E">
            <w:r>
              <w:rPr>
                <w:b/>
                <w:color w:val="FFFFFF"/>
              </w:rPr>
              <w:t>Requirement</w:t>
            </w:r>
          </w:p>
        </w:tc>
        <w:tc>
          <w:tcPr>
            <w:tcW w:w="5083" w:type="dxa"/>
            <w:shd w:val="clear" w:color="auto" w:fill="1F4E79"/>
            <w:vAlign w:val="center"/>
          </w:tcPr>
          <w:p w14:paraId="57BD5A0A" w14:textId="77777777" w:rsidR="001B54C9" w:rsidRDefault="00C8706E">
            <w:r>
              <w:rPr>
                <w:b/>
                <w:color w:val="FFFFFF"/>
              </w:rPr>
              <w:t>Finding</w:t>
            </w:r>
          </w:p>
        </w:tc>
      </w:tr>
      <w:tr w:rsidR="001B54C9" w14:paraId="1AA8954C" w14:textId="77777777">
        <w:trPr>
          <w:jc w:val="center"/>
        </w:trPr>
        <w:tc>
          <w:tcPr>
            <w:tcW w:w="2880" w:type="dxa"/>
            <w:shd w:val="clear" w:color="auto" w:fill="D9EAF7"/>
            <w:tcMar>
              <w:top w:w="80" w:type="dxa"/>
              <w:left w:w="100" w:type="dxa"/>
              <w:bottom w:w="80" w:type="dxa"/>
              <w:right w:w="100" w:type="dxa"/>
            </w:tcMar>
            <w:vAlign w:val="center"/>
          </w:tcPr>
          <w:p w14:paraId="6701E31C" w14:textId="77777777" w:rsidR="001B54C9" w:rsidRDefault="00C8706E">
            <w:r>
              <w:t>VINA completed?</w:t>
            </w:r>
          </w:p>
        </w:tc>
        <w:tc>
          <w:tcPr>
            <w:tcW w:w="6768" w:type="dxa"/>
            <w:tcMar>
              <w:top w:w="80" w:type="dxa"/>
              <w:left w:w="100" w:type="dxa"/>
              <w:bottom w:w="80" w:type="dxa"/>
              <w:right w:w="100" w:type="dxa"/>
            </w:tcMar>
            <w:vAlign w:val="center"/>
          </w:tcPr>
          <w:p w14:paraId="4E7286C2" w14:textId="77777777" w:rsidR="001B54C9" w:rsidRDefault="00C8706E">
            <w:r>
              <w:t>Yes. VINA recorded 10/08/2026 at 13:59.</w:t>
            </w:r>
          </w:p>
        </w:tc>
      </w:tr>
      <w:tr w:rsidR="001B54C9" w14:paraId="33D18999" w14:textId="77777777">
        <w:trPr>
          <w:jc w:val="center"/>
        </w:trPr>
        <w:tc>
          <w:tcPr>
            <w:tcW w:w="2880" w:type="dxa"/>
            <w:shd w:val="clear" w:color="auto" w:fill="D9EAF7"/>
            <w:tcMar>
              <w:top w:w="80" w:type="dxa"/>
              <w:left w:w="100" w:type="dxa"/>
              <w:bottom w:w="80" w:type="dxa"/>
              <w:right w:w="100" w:type="dxa"/>
            </w:tcMar>
            <w:vAlign w:val="center"/>
          </w:tcPr>
          <w:p w14:paraId="50744FC3" w14:textId="77777777" w:rsidR="001B54C9" w:rsidRDefault="00C8706E">
            <w:r>
              <w:t>Enhanced service required?</w:t>
            </w:r>
          </w:p>
        </w:tc>
        <w:tc>
          <w:tcPr>
            <w:tcW w:w="6768" w:type="dxa"/>
            <w:tcMar>
              <w:top w:w="80" w:type="dxa"/>
              <w:left w:w="100" w:type="dxa"/>
              <w:bottom w:w="80" w:type="dxa"/>
              <w:right w:w="100" w:type="dxa"/>
            </w:tcMar>
            <w:vAlign w:val="center"/>
          </w:tcPr>
          <w:p w14:paraId="1924CCCD" w14:textId="77777777" w:rsidR="001B54C9" w:rsidRDefault="00C8706E">
            <w:r>
              <w:t>No. The VINA states that an enhanced service is not required.</w:t>
            </w:r>
          </w:p>
        </w:tc>
      </w:tr>
      <w:tr w:rsidR="001B54C9" w14:paraId="45529FCF" w14:textId="77777777">
        <w:trPr>
          <w:jc w:val="center"/>
        </w:trPr>
        <w:tc>
          <w:tcPr>
            <w:tcW w:w="2880" w:type="dxa"/>
            <w:shd w:val="clear" w:color="auto" w:fill="D9EAF7"/>
            <w:tcMar>
              <w:top w:w="80" w:type="dxa"/>
              <w:left w:w="100" w:type="dxa"/>
              <w:bottom w:w="80" w:type="dxa"/>
              <w:right w:w="100" w:type="dxa"/>
            </w:tcMar>
            <w:vAlign w:val="center"/>
          </w:tcPr>
          <w:p w14:paraId="0898841C" w14:textId="77777777" w:rsidR="001B54C9" w:rsidRDefault="00C8706E">
            <w:r>
              <w:t>Assessment note</w:t>
            </w:r>
          </w:p>
        </w:tc>
        <w:tc>
          <w:tcPr>
            <w:tcW w:w="6768" w:type="dxa"/>
            <w:tcMar>
              <w:top w:w="80" w:type="dxa"/>
              <w:left w:w="100" w:type="dxa"/>
              <w:bottom w:w="80" w:type="dxa"/>
              <w:right w:w="100" w:type="dxa"/>
            </w:tcMar>
            <w:vAlign w:val="center"/>
          </w:tcPr>
          <w:p w14:paraId="5E10CB43" w14:textId="77777777" w:rsidR="001B54C9" w:rsidRDefault="00C8706E">
            <w:r>
              <w:t>Vulnerable, intimidated and persistently targeted were marked Yes. Victim Support was required and a referral was made.</w:t>
            </w:r>
          </w:p>
        </w:tc>
      </w:tr>
    </w:tbl>
    <w:p w14:paraId="0DC99335"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691"/>
        <w:gridCol w:w="2681"/>
        <w:gridCol w:w="4784"/>
      </w:tblGrid>
      <w:tr w:rsidR="001B54C9" w14:paraId="17FD0BCE" w14:textId="77777777">
        <w:trPr>
          <w:tblHeader/>
          <w:jc w:val="center"/>
        </w:trPr>
        <w:tc>
          <w:tcPr>
            <w:tcW w:w="3389" w:type="dxa"/>
            <w:shd w:val="clear" w:color="auto" w:fill="1F4E79"/>
            <w:tcMar>
              <w:top w:w="80" w:type="dxa"/>
              <w:left w:w="100" w:type="dxa"/>
              <w:bottom w:w="80" w:type="dxa"/>
              <w:right w:w="100" w:type="dxa"/>
            </w:tcMar>
            <w:vAlign w:val="center"/>
          </w:tcPr>
          <w:p w14:paraId="092104EA"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52C64260"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1AED2DA6" w14:textId="77777777" w:rsidR="001B54C9" w:rsidRDefault="00C8706E">
            <w:r>
              <w:rPr>
                <w:b/>
                <w:color w:val="FFFFFF"/>
              </w:rPr>
              <w:t>Action / contact</w:t>
            </w:r>
          </w:p>
        </w:tc>
      </w:tr>
      <w:tr w:rsidR="001B54C9" w14:paraId="6E3260BE" w14:textId="77777777">
        <w:trPr>
          <w:jc w:val="center"/>
        </w:trPr>
        <w:tc>
          <w:tcPr>
            <w:tcW w:w="1699" w:type="dxa"/>
            <w:shd w:val="clear" w:color="auto" w:fill="EAF2F8"/>
            <w:tcMar>
              <w:top w:w="80" w:type="dxa"/>
              <w:left w:w="100" w:type="dxa"/>
              <w:bottom w:w="80" w:type="dxa"/>
              <w:right w:w="100" w:type="dxa"/>
            </w:tcMar>
            <w:vAlign w:val="center"/>
          </w:tcPr>
          <w:p w14:paraId="61BA90C9" w14:textId="77777777" w:rsidR="001B54C9" w:rsidRDefault="00C8706E">
            <w:r>
              <w:t>10/08/2026 13:58</w:t>
            </w:r>
          </w:p>
        </w:tc>
        <w:tc>
          <w:tcPr>
            <w:tcW w:w="1757" w:type="dxa"/>
            <w:tcMar>
              <w:top w:w="80" w:type="dxa"/>
              <w:left w:w="100" w:type="dxa"/>
              <w:bottom w:w="80" w:type="dxa"/>
              <w:right w:w="100" w:type="dxa"/>
            </w:tcMar>
            <w:vAlign w:val="center"/>
          </w:tcPr>
          <w:p w14:paraId="4D515CA4" w14:textId="77777777" w:rsidR="001B54C9" w:rsidRDefault="00C8706E">
            <w:r>
              <w:t>Initial report, method not specified</w:t>
            </w:r>
          </w:p>
        </w:tc>
        <w:tc>
          <w:tcPr>
            <w:tcW w:w="6264" w:type="dxa"/>
            <w:tcMar>
              <w:top w:w="80" w:type="dxa"/>
              <w:left w:w="100" w:type="dxa"/>
              <w:bottom w:w="80" w:type="dxa"/>
              <w:right w:w="100" w:type="dxa"/>
            </w:tcMar>
            <w:vAlign w:val="center"/>
          </w:tcPr>
          <w:p w14:paraId="455BCF74" w14:textId="77777777" w:rsidR="001B54C9" w:rsidRDefault="00C8706E">
            <w:r>
              <w:t>Victim reported repeated verbal abuse, wall banging linked to Tourette’s tics and earlier garden interference. CCTV advice provided; THRIVE low.</w:t>
            </w:r>
          </w:p>
        </w:tc>
      </w:tr>
      <w:tr w:rsidR="001B54C9" w14:paraId="5BA80EA8" w14:textId="77777777">
        <w:trPr>
          <w:jc w:val="center"/>
        </w:trPr>
        <w:tc>
          <w:tcPr>
            <w:tcW w:w="1699" w:type="dxa"/>
            <w:shd w:val="clear" w:color="auto" w:fill="EAF2F8"/>
            <w:tcMar>
              <w:top w:w="80" w:type="dxa"/>
              <w:left w:w="100" w:type="dxa"/>
              <w:bottom w:w="80" w:type="dxa"/>
              <w:right w:w="100" w:type="dxa"/>
            </w:tcMar>
            <w:vAlign w:val="center"/>
          </w:tcPr>
          <w:p w14:paraId="1DB63D6E" w14:textId="77777777" w:rsidR="001B54C9" w:rsidRDefault="00C8706E">
            <w:r>
              <w:t>10/08/2026 13:59</w:t>
            </w:r>
          </w:p>
        </w:tc>
        <w:tc>
          <w:tcPr>
            <w:tcW w:w="1757" w:type="dxa"/>
            <w:tcMar>
              <w:top w:w="80" w:type="dxa"/>
              <w:left w:w="100" w:type="dxa"/>
              <w:bottom w:w="80" w:type="dxa"/>
              <w:right w:w="100" w:type="dxa"/>
            </w:tcMar>
            <w:vAlign w:val="center"/>
          </w:tcPr>
          <w:p w14:paraId="735F67B8" w14:textId="77777777" w:rsidR="001B54C9" w:rsidRDefault="00C8706E">
            <w:r>
              <w:t>Record entry</w:t>
            </w:r>
          </w:p>
        </w:tc>
        <w:tc>
          <w:tcPr>
            <w:tcW w:w="6264" w:type="dxa"/>
            <w:tcMar>
              <w:top w:w="80" w:type="dxa"/>
              <w:left w:w="100" w:type="dxa"/>
              <w:bottom w:w="80" w:type="dxa"/>
              <w:right w:w="100" w:type="dxa"/>
            </w:tcMar>
            <w:vAlign w:val="center"/>
          </w:tcPr>
          <w:p w14:paraId="2E1AF7FA" w14:textId="77777777" w:rsidR="001B54C9" w:rsidRDefault="00C8706E">
            <w:r>
              <w:t>VINA completed and Victim Support referral recorded.</w:t>
            </w:r>
          </w:p>
        </w:tc>
      </w:tr>
      <w:tr w:rsidR="001B54C9" w14:paraId="3BF8796E" w14:textId="77777777">
        <w:trPr>
          <w:jc w:val="center"/>
        </w:trPr>
        <w:tc>
          <w:tcPr>
            <w:tcW w:w="1699" w:type="dxa"/>
            <w:shd w:val="clear" w:color="auto" w:fill="EAF2F8"/>
            <w:tcMar>
              <w:top w:w="80" w:type="dxa"/>
              <w:left w:w="100" w:type="dxa"/>
              <w:bottom w:w="80" w:type="dxa"/>
              <w:right w:w="100" w:type="dxa"/>
            </w:tcMar>
            <w:vAlign w:val="center"/>
          </w:tcPr>
          <w:p w14:paraId="59471EE4" w14:textId="77777777" w:rsidR="001B54C9" w:rsidRDefault="00C8706E">
            <w:r>
              <w:t>10/08/2026 14:03-14:10</w:t>
            </w:r>
          </w:p>
        </w:tc>
        <w:tc>
          <w:tcPr>
            <w:tcW w:w="1757" w:type="dxa"/>
            <w:tcMar>
              <w:top w:w="80" w:type="dxa"/>
              <w:left w:w="100" w:type="dxa"/>
              <w:bottom w:w="80" w:type="dxa"/>
              <w:right w:w="100" w:type="dxa"/>
            </w:tcMar>
            <w:vAlign w:val="center"/>
          </w:tcPr>
          <w:p w14:paraId="18790532" w14:textId="77777777" w:rsidR="001B54C9" w:rsidRDefault="00C8706E">
            <w:r>
              <w:t>Email and SMS, automated</w:t>
            </w:r>
          </w:p>
        </w:tc>
        <w:tc>
          <w:tcPr>
            <w:tcW w:w="6264" w:type="dxa"/>
            <w:tcMar>
              <w:top w:w="80" w:type="dxa"/>
              <w:left w:w="100" w:type="dxa"/>
              <w:bottom w:w="80" w:type="dxa"/>
              <w:right w:w="100" w:type="dxa"/>
            </w:tcMar>
            <w:vAlign w:val="center"/>
          </w:tcPr>
          <w:p w14:paraId="75C90602" w14:textId="77777777" w:rsidR="001B54C9" w:rsidRDefault="00C8706E">
            <w:r>
              <w:t>Occurrence number, prevention advice, support and CMU allocation information sent.</w:t>
            </w:r>
          </w:p>
        </w:tc>
      </w:tr>
      <w:tr w:rsidR="001B54C9" w14:paraId="3321E9D4" w14:textId="77777777">
        <w:trPr>
          <w:jc w:val="center"/>
        </w:trPr>
        <w:tc>
          <w:tcPr>
            <w:tcW w:w="1699" w:type="dxa"/>
            <w:shd w:val="clear" w:color="auto" w:fill="EAF2F8"/>
            <w:tcMar>
              <w:top w:w="80" w:type="dxa"/>
              <w:left w:w="100" w:type="dxa"/>
              <w:bottom w:w="80" w:type="dxa"/>
              <w:right w:w="100" w:type="dxa"/>
            </w:tcMar>
            <w:vAlign w:val="center"/>
          </w:tcPr>
          <w:p w14:paraId="465750CB" w14:textId="77777777" w:rsidR="001B54C9" w:rsidRDefault="00C8706E">
            <w:r>
              <w:t>11/08/2026 15:41</w:t>
            </w:r>
          </w:p>
        </w:tc>
        <w:tc>
          <w:tcPr>
            <w:tcW w:w="1757" w:type="dxa"/>
            <w:tcMar>
              <w:top w:w="80" w:type="dxa"/>
              <w:left w:w="100" w:type="dxa"/>
              <w:bottom w:w="80" w:type="dxa"/>
              <w:right w:w="100" w:type="dxa"/>
            </w:tcMar>
            <w:vAlign w:val="center"/>
          </w:tcPr>
          <w:p w14:paraId="1EC361CD" w14:textId="77777777" w:rsidR="001B54C9" w:rsidRDefault="00C8706E">
            <w:r>
              <w:t>Mobile telephone</w:t>
            </w:r>
          </w:p>
        </w:tc>
        <w:tc>
          <w:tcPr>
            <w:tcW w:w="6264" w:type="dxa"/>
            <w:tcMar>
              <w:top w:w="80" w:type="dxa"/>
              <w:left w:w="100" w:type="dxa"/>
              <w:bottom w:w="80" w:type="dxa"/>
              <w:right w:w="100" w:type="dxa"/>
            </w:tcMar>
            <w:vAlign w:val="center"/>
          </w:tcPr>
          <w:p w14:paraId="488BB815" w14:textId="77777777" w:rsidR="001B54C9" w:rsidRDefault="00C8706E">
            <w:r>
              <w:t>CMU called victim; phone was switched off and voicemail was unavailable.</w:t>
            </w:r>
          </w:p>
        </w:tc>
      </w:tr>
      <w:tr w:rsidR="001B54C9" w14:paraId="3F949D12" w14:textId="77777777">
        <w:trPr>
          <w:jc w:val="center"/>
        </w:trPr>
        <w:tc>
          <w:tcPr>
            <w:tcW w:w="1699" w:type="dxa"/>
            <w:shd w:val="clear" w:color="auto" w:fill="EAF2F8"/>
            <w:tcMar>
              <w:top w:w="80" w:type="dxa"/>
              <w:left w:w="100" w:type="dxa"/>
              <w:bottom w:w="80" w:type="dxa"/>
              <w:right w:w="100" w:type="dxa"/>
            </w:tcMar>
            <w:vAlign w:val="center"/>
          </w:tcPr>
          <w:p w14:paraId="37142895" w14:textId="77777777" w:rsidR="001B54C9" w:rsidRDefault="00C8706E">
            <w:r>
              <w:t>12/08/2026 18:57</w:t>
            </w:r>
          </w:p>
        </w:tc>
        <w:tc>
          <w:tcPr>
            <w:tcW w:w="1757" w:type="dxa"/>
            <w:tcMar>
              <w:top w:w="80" w:type="dxa"/>
              <w:left w:w="100" w:type="dxa"/>
              <w:bottom w:w="80" w:type="dxa"/>
              <w:right w:w="100" w:type="dxa"/>
            </w:tcMar>
            <w:vAlign w:val="center"/>
          </w:tcPr>
          <w:p w14:paraId="1B65A94F" w14:textId="77777777" w:rsidR="001B54C9" w:rsidRDefault="00C8706E">
            <w:r>
              <w:t>Telephone</w:t>
            </w:r>
          </w:p>
        </w:tc>
        <w:tc>
          <w:tcPr>
            <w:tcW w:w="6264" w:type="dxa"/>
            <w:tcMar>
              <w:top w:w="80" w:type="dxa"/>
              <w:left w:w="100" w:type="dxa"/>
              <w:bottom w:w="80" w:type="dxa"/>
              <w:right w:w="100" w:type="dxa"/>
            </w:tcMar>
            <w:vAlign w:val="center"/>
          </w:tcPr>
          <w:p w14:paraId="261CF2A0" w14:textId="77777777" w:rsidR="001B54C9" w:rsidRDefault="00C8706E">
            <w:r>
              <w:t>CMU later spoke to victim at length, confirmed no CCTV or witnesses, explained Outcome 15 and gave safety/evidence advice.</w:t>
            </w:r>
          </w:p>
        </w:tc>
      </w:tr>
      <w:tr w:rsidR="001B54C9" w14:paraId="65C0735C" w14:textId="77777777">
        <w:trPr>
          <w:jc w:val="center"/>
        </w:trPr>
        <w:tc>
          <w:tcPr>
            <w:tcW w:w="1699" w:type="dxa"/>
            <w:shd w:val="clear" w:color="auto" w:fill="EAF2F8"/>
            <w:tcMar>
              <w:top w:w="80" w:type="dxa"/>
              <w:left w:w="100" w:type="dxa"/>
              <w:bottom w:w="80" w:type="dxa"/>
              <w:right w:w="100" w:type="dxa"/>
            </w:tcMar>
            <w:vAlign w:val="center"/>
          </w:tcPr>
          <w:p w14:paraId="435A972D" w14:textId="77777777" w:rsidR="001B54C9" w:rsidRDefault="00C8706E">
            <w:r>
              <w:lastRenderedPageBreak/>
              <w:t>14/08/2026 11:37</w:t>
            </w:r>
          </w:p>
        </w:tc>
        <w:tc>
          <w:tcPr>
            <w:tcW w:w="1757" w:type="dxa"/>
            <w:tcMar>
              <w:top w:w="80" w:type="dxa"/>
              <w:left w:w="100" w:type="dxa"/>
              <w:bottom w:w="80" w:type="dxa"/>
              <w:right w:w="100" w:type="dxa"/>
            </w:tcMar>
            <w:vAlign w:val="center"/>
          </w:tcPr>
          <w:p w14:paraId="056678CF" w14:textId="77777777" w:rsidR="001B54C9" w:rsidRDefault="00C8706E">
            <w:r>
              <w:t>CDA finalisation</w:t>
            </w:r>
          </w:p>
        </w:tc>
        <w:tc>
          <w:tcPr>
            <w:tcW w:w="6264" w:type="dxa"/>
            <w:tcMar>
              <w:top w:w="80" w:type="dxa"/>
              <w:left w:w="100" w:type="dxa"/>
              <w:bottom w:w="80" w:type="dxa"/>
              <w:right w:w="100" w:type="dxa"/>
            </w:tcMar>
            <w:vAlign w:val="center"/>
          </w:tcPr>
          <w:p w14:paraId="47356069" w14:textId="77777777" w:rsidR="001B54C9" w:rsidRDefault="00C8706E">
            <w:r>
              <w:t>Outcome 15 finalised.</w:t>
            </w:r>
          </w:p>
        </w:tc>
      </w:tr>
      <w:tr w:rsidR="001B54C9" w14:paraId="176F9385" w14:textId="77777777">
        <w:trPr>
          <w:jc w:val="center"/>
        </w:trPr>
        <w:tc>
          <w:tcPr>
            <w:tcW w:w="1699" w:type="dxa"/>
            <w:shd w:val="clear" w:color="auto" w:fill="EAF2F8"/>
            <w:tcMar>
              <w:top w:w="80" w:type="dxa"/>
              <w:left w:w="100" w:type="dxa"/>
              <w:bottom w:w="80" w:type="dxa"/>
              <w:right w:w="100" w:type="dxa"/>
            </w:tcMar>
            <w:vAlign w:val="center"/>
          </w:tcPr>
          <w:p w14:paraId="23167ABF" w14:textId="77777777" w:rsidR="001B54C9" w:rsidRDefault="00C8706E">
            <w:r>
              <w:t>14/08/2026 11:39-11:54</w:t>
            </w:r>
          </w:p>
        </w:tc>
        <w:tc>
          <w:tcPr>
            <w:tcW w:w="1757" w:type="dxa"/>
            <w:tcMar>
              <w:top w:w="80" w:type="dxa"/>
              <w:left w:w="100" w:type="dxa"/>
              <w:bottom w:w="80" w:type="dxa"/>
              <w:right w:w="100" w:type="dxa"/>
            </w:tcMar>
            <w:vAlign w:val="center"/>
          </w:tcPr>
          <w:p w14:paraId="306FC190" w14:textId="77777777" w:rsidR="001B54C9" w:rsidRDefault="00C8706E">
            <w:r>
              <w:t>Email and SMS, automated</w:t>
            </w:r>
          </w:p>
        </w:tc>
        <w:tc>
          <w:tcPr>
            <w:tcW w:w="6264" w:type="dxa"/>
            <w:tcMar>
              <w:top w:w="80" w:type="dxa"/>
              <w:left w:w="100" w:type="dxa"/>
              <w:bottom w:w="80" w:type="dxa"/>
              <w:right w:w="100" w:type="dxa"/>
            </w:tcMar>
            <w:vAlign w:val="center"/>
          </w:tcPr>
          <w:p w14:paraId="4A61726D" w14:textId="77777777" w:rsidR="001B54C9" w:rsidRDefault="00C8706E">
            <w:r>
              <w:t>Victim informed the occurrence was closed and sent survey link.</w:t>
            </w:r>
          </w:p>
        </w:tc>
      </w:tr>
    </w:tbl>
    <w:p w14:paraId="2E7B1994" w14:textId="77777777" w:rsidR="001B54C9" w:rsidRDefault="00C8706E">
      <w:r>
        <w:br w:type="page"/>
      </w:r>
    </w:p>
    <w:p w14:paraId="43910873" w14:textId="77777777" w:rsidR="001B54C9" w:rsidRDefault="00C8706E">
      <w:pPr>
        <w:pStyle w:val="Title"/>
      </w:pPr>
      <w:r>
        <w:lastRenderedPageBreak/>
        <w:t>Sample 5</w:t>
      </w:r>
    </w:p>
    <w:p w14:paraId="2DFDFAC5" w14:textId="77777777" w:rsidR="001B54C9" w:rsidRDefault="00C8706E">
      <w:r>
        <w:rPr>
          <w:b/>
          <w:color w:val="1F4E79"/>
        </w:rPr>
        <w:t xml:space="preserve">Incident number: </w:t>
      </w:r>
      <w:r>
        <w:t>26000110770</w:t>
      </w:r>
    </w:p>
    <w:p w14:paraId="038A2CFD" w14:textId="77777777" w:rsidR="001B54C9" w:rsidRDefault="00C8706E">
      <w:r>
        <w:rPr>
          <w:b/>
          <w:color w:val="1F4E79"/>
        </w:rPr>
        <w:t xml:space="preserve">Outcome: </w:t>
      </w:r>
      <w:r>
        <w:t>Outcome 18: Investigation complete, no suspect identified</w:t>
      </w:r>
    </w:p>
    <w:p w14:paraId="66EC9C15" w14:textId="77777777" w:rsidR="001B54C9" w:rsidRDefault="00C8706E">
      <w:r>
        <w:rPr>
          <w:b/>
          <w:color w:val="1F4E79"/>
        </w:rPr>
        <w:t xml:space="preserve">Protective characteristic marker(s): </w:t>
      </w:r>
      <w:r>
        <w:t>Racial: Yes; Transgender: Yes. Disabled: No. Religion: No. Sexual orientation: No.</w:t>
      </w:r>
    </w:p>
    <w:p w14:paraId="1E2CB7FC" w14:textId="77777777" w:rsidR="001B54C9" w:rsidRDefault="00C8706E">
      <w:pPr>
        <w:pStyle w:val="Heading1"/>
      </w:pPr>
      <w:r>
        <w:t>Summary</w:t>
      </w:r>
    </w:p>
    <w:p w14:paraId="349AF6AB" w14:textId="77777777" w:rsidR="001B54C9" w:rsidRDefault="00C8706E">
      <w:pPr>
        <w:pStyle w:val="Heading2"/>
      </w:pPr>
      <w:r>
        <w:t>Initial MO (full recorded wording)</w:t>
      </w:r>
    </w:p>
    <w:p w14:paraId="37F5D9D6" w14:textId="77777777" w:rsidR="001B54C9" w:rsidRDefault="00C8706E">
      <w:pPr>
        <w:pStyle w:val="Quote"/>
      </w:pPr>
      <w:r>
        <w:t>Report made that the victim who is transitioning from male to female has been assaulted at a bus station by an unknown male offender who was making transphobic comments, with no injuries.</w:t>
      </w:r>
    </w:p>
    <w:p w14:paraId="6DB2A6CE" w14:textId="77777777" w:rsidR="001B54C9" w:rsidRDefault="00C8706E">
      <w:pPr>
        <w:pStyle w:val="Heading2"/>
      </w:pPr>
      <w:r>
        <w:t>Closure rationale (full recorded wording)</w:t>
      </w:r>
    </w:p>
    <w:p w14:paraId="79B61249" w14:textId="77777777" w:rsidR="001B54C9" w:rsidRDefault="00C8706E">
      <w:pPr>
        <w:pStyle w:val="Quote"/>
      </w:pPr>
      <w:r>
        <w:t>The victim was spoken with and, due to evidential difficulties in locating a suspect, was happy for the matter to be closed as Outcome 18. There were no forensics, no scene, no CCTV and no suspect vehicle. The victim did not provide a statement, although they had stated that they supported police action. With no supporting evidence and no identified suspect, there was no reasonable chance of prosecution. The victim was updated in person; victim support and personal safety advice were provided. Supervisor ra</w:t>
      </w:r>
      <w:r>
        <w:t>tionale: reasonable and proportionate lines of enquiry had been completed but no named suspect had been identified; closure as Outcome 18 was authorised pending further information. Finalised by CDA on 19/08/2026.</w:t>
      </w:r>
    </w:p>
    <w:p w14:paraId="58E8789F"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405"/>
        <w:gridCol w:w="5751"/>
      </w:tblGrid>
      <w:tr w:rsidR="001B54C9" w14:paraId="1700CD6E" w14:textId="77777777">
        <w:trPr>
          <w:tblHeader/>
          <w:jc w:val="center"/>
        </w:trPr>
        <w:tc>
          <w:tcPr>
            <w:tcW w:w="5083" w:type="dxa"/>
            <w:shd w:val="clear" w:color="auto" w:fill="1F4E79"/>
            <w:vAlign w:val="center"/>
          </w:tcPr>
          <w:p w14:paraId="69686093" w14:textId="77777777" w:rsidR="001B54C9" w:rsidRDefault="00C8706E">
            <w:r>
              <w:rPr>
                <w:b/>
                <w:color w:val="FFFFFF"/>
              </w:rPr>
              <w:t>Requirement</w:t>
            </w:r>
          </w:p>
        </w:tc>
        <w:tc>
          <w:tcPr>
            <w:tcW w:w="5083" w:type="dxa"/>
            <w:shd w:val="clear" w:color="auto" w:fill="1F4E79"/>
            <w:vAlign w:val="center"/>
          </w:tcPr>
          <w:p w14:paraId="644DC80F" w14:textId="77777777" w:rsidR="001B54C9" w:rsidRDefault="00C8706E">
            <w:r>
              <w:rPr>
                <w:b/>
                <w:color w:val="FFFFFF"/>
              </w:rPr>
              <w:t>Finding</w:t>
            </w:r>
          </w:p>
        </w:tc>
      </w:tr>
      <w:tr w:rsidR="001B54C9" w14:paraId="3E7B92E5" w14:textId="77777777">
        <w:trPr>
          <w:jc w:val="center"/>
        </w:trPr>
        <w:tc>
          <w:tcPr>
            <w:tcW w:w="2880" w:type="dxa"/>
            <w:shd w:val="clear" w:color="auto" w:fill="D9EAF7"/>
            <w:tcMar>
              <w:top w:w="80" w:type="dxa"/>
              <w:left w:w="100" w:type="dxa"/>
              <w:bottom w:w="80" w:type="dxa"/>
              <w:right w:w="100" w:type="dxa"/>
            </w:tcMar>
            <w:vAlign w:val="center"/>
          </w:tcPr>
          <w:p w14:paraId="14D5B09B" w14:textId="77777777" w:rsidR="001B54C9" w:rsidRDefault="00C8706E">
            <w:r>
              <w:t>VINA completed?</w:t>
            </w:r>
          </w:p>
        </w:tc>
        <w:tc>
          <w:tcPr>
            <w:tcW w:w="6768" w:type="dxa"/>
            <w:tcMar>
              <w:top w:w="80" w:type="dxa"/>
              <w:left w:w="100" w:type="dxa"/>
              <w:bottom w:w="80" w:type="dxa"/>
              <w:right w:w="100" w:type="dxa"/>
            </w:tcMar>
            <w:vAlign w:val="center"/>
          </w:tcPr>
          <w:p w14:paraId="64E4F443" w14:textId="77777777" w:rsidR="001B54C9" w:rsidRDefault="00C8706E">
            <w:r>
              <w:t>Yes. VINA recorded 12/08/2026 at 16:45.</w:t>
            </w:r>
          </w:p>
        </w:tc>
      </w:tr>
      <w:tr w:rsidR="001B54C9" w14:paraId="4E85A17E" w14:textId="77777777">
        <w:trPr>
          <w:jc w:val="center"/>
        </w:trPr>
        <w:tc>
          <w:tcPr>
            <w:tcW w:w="2880" w:type="dxa"/>
            <w:shd w:val="clear" w:color="auto" w:fill="D9EAF7"/>
            <w:tcMar>
              <w:top w:w="80" w:type="dxa"/>
              <w:left w:w="100" w:type="dxa"/>
              <w:bottom w:w="80" w:type="dxa"/>
              <w:right w:w="100" w:type="dxa"/>
            </w:tcMar>
            <w:vAlign w:val="center"/>
          </w:tcPr>
          <w:p w14:paraId="25BF2BE4" w14:textId="77777777" w:rsidR="001B54C9" w:rsidRDefault="00C8706E">
            <w:r>
              <w:t>Enhanced service required?</w:t>
            </w:r>
          </w:p>
        </w:tc>
        <w:tc>
          <w:tcPr>
            <w:tcW w:w="6768" w:type="dxa"/>
            <w:tcMar>
              <w:top w:w="80" w:type="dxa"/>
              <w:left w:w="100" w:type="dxa"/>
              <w:bottom w:w="80" w:type="dxa"/>
              <w:right w:w="100" w:type="dxa"/>
            </w:tcMar>
            <w:vAlign w:val="center"/>
          </w:tcPr>
          <w:p w14:paraId="3203955B" w14:textId="77777777" w:rsidR="001B54C9" w:rsidRDefault="00C8706E">
            <w:r>
              <w:t>Yes. The VINA states that an enhanced service is required.</w:t>
            </w:r>
          </w:p>
        </w:tc>
      </w:tr>
      <w:tr w:rsidR="001B54C9" w14:paraId="4D060AE6" w14:textId="77777777">
        <w:trPr>
          <w:jc w:val="center"/>
        </w:trPr>
        <w:tc>
          <w:tcPr>
            <w:tcW w:w="2880" w:type="dxa"/>
            <w:shd w:val="clear" w:color="auto" w:fill="D9EAF7"/>
            <w:tcMar>
              <w:top w:w="80" w:type="dxa"/>
              <w:left w:w="100" w:type="dxa"/>
              <w:bottom w:w="80" w:type="dxa"/>
              <w:right w:w="100" w:type="dxa"/>
            </w:tcMar>
            <w:vAlign w:val="center"/>
          </w:tcPr>
          <w:p w14:paraId="77914C04" w14:textId="77777777" w:rsidR="001B54C9" w:rsidRDefault="00C8706E">
            <w:r>
              <w:t>Assessment note</w:t>
            </w:r>
          </w:p>
        </w:tc>
        <w:tc>
          <w:tcPr>
            <w:tcW w:w="6768" w:type="dxa"/>
            <w:tcMar>
              <w:top w:w="80" w:type="dxa"/>
              <w:left w:w="100" w:type="dxa"/>
              <w:bottom w:w="80" w:type="dxa"/>
              <w:right w:w="100" w:type="dxa"/>
            </w:tcMar>
            <w:vAlign w:val="center"/>
          </w:tcPr>
          <w:p w14:paraId="1C1E2F37" w14:textId="77777777" w:rsidR="001B54C9" w:rsidRDefault="00C8706E">
            <w:r>
              <w:t>Victim recorded as vulnerable due to drug use and having no fixed address. Not intimidated or persistently targeted.</w:t>
            </w:r>
          </w:p>
        </w:tc>
      </w:tr>
    </w:tbl>
    <w:p w14:paraId="7BDD030D"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708"/>
        <w:gridCol w:w="2696"/>
        <w:gridCol w:w="4752"/>
      </w:tblGrid>
      <w:tr w:rsidR="001B54C9" w14:paraId="145AE52B" w14:textId="77777777">
        <w:trPr>
          <w:tblHeader/>
          <w:jc w:val="center"/>
        </w:trPr>
        <w:tc>
          <w:tcPr>
            <w:tcW w:w="3389" w:type="dxa"/>
            <w:shd w:val="clear" w:color="auto" w:fill="1F4E79"/>
            <w:tcMar>
              <w:top w:w="80" w:type="dxa"/>
              <w:left w:w="100" w:type="dxa"/>
              <w:bottom w:w="80" w:type="dxa"/>
              <w:right w:w="100" w:type="dxa"/>
            </w:tcMar>
            <w:vAlign w:val="center"/>
          </w:tcPr>
          <w:p w14:paraId="68CB0055"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4ED8AB66"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69343ED2" w14:textId="77777777" w:rsidR="001B54C9" w:rsidRDefault="00C8706E">
            <w:r>
              <w:rPr>
                <w:b/>
                <w:color w:val="FFFFFF"/>
              </w:rPr>
              <w:t>Action / contact</w:t>
            </w:r>
          </w:p>
        </w:tc>
      </w:tr>
      <w:tr w:rsidR="001B54C9" w14:paraId="79694AB6" w14:textId="77777777">
        <w:trPr>
          <w:jc w:val="center"/>
        </w:trPr>
        <w:tc>
          <w:tcPr>
            <w:tcW w:w="1699" w:type="dxa"/>
            <w:shd w:val="clear" w:color="auto" w:fill="EAF2F8"/>
            <w:tcMar>
              <w:top w:w="80" w:type="dxa"/>
              <w:left w:w="100" w:type="dxa"/>
              <w:bottom w:w="80" w:type="dxa"/>
              <w:right w:w="100" w:type="dxa"/>
            </w:tcMar>
            <w:vAlign w:val="center"/>
          </w:tcPr>
          <w:p w14:paraId="7E166527" w14:textId="77777777" w:rsidR="001B54C9" w:rsidRDefault="00C8706E">
            <w:r>
              <w:t>07/08/2026 01:49</w:t>
            </w:r>
          </w:p>
        </w:tc>
        <w:tc>
          <w:tcPr>
            <w:tcW w:w="1757" w:type="dxa"/>
            <w:tcMar>
              <w:top w:w="80" w:type="dxa"/>
              <w:left w:w="100" w:type="dxa"/>
              <w:bottom w:w="80" w:type="dxa"/>
              <w:right w:w="100" w:type="dxa"/>
            </w:tcMar>
            <w:vAlign w:val="center"/>
          </w:tcPr>
          <w:p w14:paraId="3C3394C3" w14:textId="77777777" w:rsidR="001B54C9" w:rsidRDefault="00C8706E">
            <w:r>
              <w:t>Record / Pronto</w:t>
            </w:r>
          </w:p>
        </w:tc>
        <w:tc>
          <w:tcPr>
            <w:tcW w:w="6264" w:type="dxa"/>
            <w:tcMar>
              <w:top w:w="80" w:type="dxa"/>
              <w:left w:w="100" w:type="dxa"/>
              <w:bottom w:w="80" w:type="dxa"/>
              <w:right w:w="100" w:type="dxa"/>
            </w:tcMar>
            <w:vAlign w:val="center"/>
          </w:tcPr>
          <w:p w14:paraId="21DEBF9A" w14:textId="77777777" w:rsidR="001B54C9" w:rsidRDefault="00C8706E">
            <w:r>
              <w:t>Initial VCOP, investigation plan, portal decision and crime submission recorded.</w:t>
            </w:r>
          </w:p>
        </w:tc>
      </w:tr>
      <w:tr w:rsidR="001B54C9" w14:paraId="49D266CC" w14:textId="77777777">
        <w:trPr>
          <w:jc w:val="center"/>
        </w:trPr>
        <w:tc>
          <w:tcPr>
            <w:tcW w:w="1699" w:type="dxa"/>
            <w:shd w:val="clear" w:color="auto" w:fill="EAF2F8"/>
            <w:tcMar>
              <w:top w:w="80" w:type="dxa"/>
              <w:left w:w="100" w:type="dxa"/>
              <w:bottom w:w="80" w:type="dxa"/>
              <w:right w:w="100" w:type="dxa"/>
            </w:tcMar>
            <w:vAlign w:val="center"/>
          </w:tcPr>
          <w:p w14:paraId="57642B2A" w14:textId="77777777" w:rsidR="001B54C9" w:rsidRDefault="00C8706E">
            <w:r>
              <w:t>07/08/2026 02:50</w:t>
            </w:r>
          </w:p>
        </w:tc>
        <w:tc>
          <w:tcPr>
            <w:tcW w:w="1757" w:type="dxa"/>
            <w:tcMar>
              <w:top w:w="80" w:type="dxa"/>
              <w:left w:w="100" w:type="dxa"/>
              <w:bottom w:w="80" w:type="dxa"/>
              <w:right w:w="100" w:type="dxa"/>
            </w:tcMar>
            <w:vAlign w:val="center"/>
          </w:tcPr>
          <w:p w14:paraId="38D8DE9F" w14:textId="77777777" w:rsidR="001B54C9" w:rsidRDefault="00C8706E">
            <w:r>
              <w:t>In person</w:t>
            </w:r>
          </w:p>
        </w:tc>
        <w:tc>
          <w:tcPr>
            <w:tcW w:w="6264" w:type="dxa"/>
            <w:tcMar>
              <w:top w:w="80" w:type="dxa"/>
              <w:left w:w="100" w:type="dxa"/>
              <w:bottom w:w="80" w:type="dxa"/>
              <w:right w:w="100" w:type="dxa"/>
            </w:tcMar>
            <w:vAlign w:val="center"/>
          </w:tcPr>
          <w:p w14:paraId="72E156F8" w14:textId="77777777" w:rsidR="001B54C9" w:rsidRDefault="00C8706E">
            <w:r>
              <w:t>Police spoke with victim at scene. Victim intended to attend Scunthorpe Police Station at 12:00 to provide a statement. Safeguarding provided.</w:t>
            </w:r>
          </w:p>
        </w:tc>
      </w:tr>
      <w:tr w:rsidR="001B54C9" w14:paraId="5B4D8591" w14:textId="77777777">
        <w:trPr>
          <w:jc w:val="center"/>
        </w:trPr>
        <w:tc>
          <w:tcPr>
            <w:tcW w:w="1699" w:type="dxa"/>
            <w:shd w:val="clear" w:color="auto" w:fill="EAF2F8"/>
            <w:tcMar>
              <w:top w:w="80" w:type="dxa"/>
              <w:left w:w="100" w:type="dxa"/>
              <w:bottom w:w="80" w:type="dxa"/>
              <w:right w:w="100" w:type="dxa"/>
            </w:tcMar>
            <w:vAlign w:val="center"/>
          </w:tcPr>
          <w:p w14:paraId="27BE7FF2" w14:textId="77777777" w:rsidR="001B54C9" w:rsidRDefault="00C8706E">
            <w:r>
              <w:t>07/08/2026 08:10</w:t>
            </w:r>
          </w:p>
        </w:tc>
        <w:tc>
          <w:tcPr>
            <w:tcW w:w="1757" w:type="dxa"/>
            <w:tcMar>
              <w:top w:w="80" w:type="dxa"/>
              <w:left w:w="100" w:type="dxa"/>
              <w:bottom w:w="80" w:type="dxa"/>
              <w:right w:w="100" w:type="dxa"/>
            </w:tcMar>
            <w:vAlign w:val="center"/>
          </w:tcPr>
          <w:p w14:paraId="523F269A" w14:textId="77777777" w:rsidR="001B54C9" w:rsidRDefault="00C8706E">
            <w:r>
              <w:t>SMS, automated</w:t>
            </w:r>
          </w:p>
        </w:tc>
        <w:tc>
          <w:tcPr>
            <w:tcW w:w="6264" w:type="dxa"/>
            <w:tcMar>
              <w:top w:w="80" w:type="dxa"/>
              <w:left w:w="100" w:type="dxa"/>
              <w:bottom w:w="80" w:type="dxa"/>
              <w:right w:w="100" w:type="dxa"/>
            </w:tcMar>
            <w:vAlign w:val="center"/>
          </w:tcPr>
          <w:p w14:paraId="5BB8CAEB" w14:textId="77777777" w:rsidR="001B54C9" w:rsidRDefault="00C8706E">
            <w:r>
              <w:t>Occurrence number, prevention advice and support links sent.</w:t>
            </w:r>
          </w:p>
        </w:tc>
      </w:tr>
      <w:tr w:rsidR="001B54C9" w14:paraId="3D983530" w14:textId="77777777">
        <w:trPr>
          <w:jc w:val="center"/>
        </w:trPr>
        <w:tc>
          <w:tcPr>
            <w:tcW w:w="1699" w:type="dxa"/>
            <w:shd w:val="clear" w:color="auto" w:fill="EAF2F8"/>
            <w:tcMar>
              <w:top w:w="80" w:type="dxa"/>
              <w:left w:w="100" w:type="dxa"/>
              <w:bottom w:w="80" w:type="dxa"/>
              <w:right w:w="100" w:type="dxa"/>
            </w:tcMar>
            <w:vAlign w:val="center"/>
          </w:tcPr>
          <w:p w14:paraId="4809F09B" w14:textId="77777777" w:rsidR="001B54C9" w:rsidRDefault="00C8706E">
            <w:r>
              <w:t>07/08/2026 12:25</w:t>
            </w:r>
          </w:p>
        </w:tc>
        <w:tc>
          <w:tcPr>
            <w:tcW w:w="1757" w:type="dxa"/>
            <w:tcMar>
              <w:top w:w="80" w:type="dxa"/>
              <w:left w:w="100" w:type="dxa"/>
              <w:bottom w:w="80" w:type="dxa"/>
              <w:right w:w="100" w:type="dxa"/>
            </w:tcMar>
            <w:vAlign w:val="center"/>
          </w:tcPr>
          <w:p w14:paraId="4060377C" w14:textId="77777777" w:rsidR="001B54C9" w:rsidRDefault="00C8706E">
            <w:r>
              <w:t>SMS, automated</w:t>
            </w:r>
          </w:p>
        </w:tc>
        <w:tc>
          <w:tcPr>
            <w:tcW w:w="6264" w:type="dxa"/>
            <w:tcMar>
              <w:top w:w="80" w:type="dxa"/>
              <w:left w:w="100" w:type="dxa"/>
              <w:bottom w:w="80" w:type="dxa"/>
              <w:right w:w="100" w:type="dxa"/>
            </w:tcMar>
            <w:vAlign w:val="center"/>
          </w:tcPr>
          <w:p w14:paraId="463D6D55" w14:textId="77777777" w:rsidR="001B54C9" w:rsidRDefault="00C8706E">
            <w:r>
              <w:t>CMU allocation information sent.</w:t>
            </w:r>
          </w:p>
        </w:tc>
      </w:tr>
      <w:tr w:rsidR="001B54C9" w14:paraId="1BA3B5DB" w14:textId="77777777">
        <w:trPr>
          <w:jc w:val="center"/>
        </w:trPr>
        <w:tc>
          <w:tcPr>
            <w:tcW w:w="1699" w:type="dxa"/>
            <w:shd w:val="clear" w:color="auto" w:fill="EAF2F8"/>
            <w:tcMar>
              <w:top w:w="80" w:type="dxa"/>
              <w:left w:w="100" w:type="dxa"/>
              <w:bottom w:w="80" w:type="dxa"/>
              <w:right w:w="100" w:type="dxa"/>
            </w:tcMar>
            <w:vAlign w:val="center"/>
          </w:tcPr>
          <w:p w14:paraId="133D4E14" w14:textId="77777777" w:rsidR="001B54C9" w:rsidRDefault="00C8706E">
            <w:r>
              <w:t>09/08/2026 13:29</w:t>
            </w:r>
          </w:p>
        </w:tc>
        <w:tc>
          <w:tcPr>
            <w:tcW w:w="1757" w:type="dxa"/>
            <w:tcMar>
              <w:top w:w="80" w:type="dxa"/>
              <w:left w:w="100" w:type="dxa"/>
              <w:bottom w:w="80" w:type="dxa"/>
              <w:right w:w="100" w:type="dxa"/>
            </w:tcMar>
            <w:vAlign w:val="center"/>
          </w:tcPr>
          <w:p w14:paraId="31E90E5D" w14:textId="77777777" w:rsidR="001B54C9" w:rsidRDefault="00C8706E">
            <w:r>
              <w:t>CMU review</w:t>
            </w:r>
          </w:p>
        </w:tc>
        <w:tc>
          <w:tcPr>
            <w:tcW w:w="6264" w:type="dxa"/>
            <w:tcMar>
              <w:top w:w="80" w:type="dxa"/>
              <w:left w:w="100" w:type="dxa"/>
              <w:bottom w:w="80" w:type="dxa"/>
              <w:right w:w="100" w:type="dxa"/>
            </w:tcMar>
            <w:vAlign w:val="center"/>
          </w:tcPr>
          <w:p w14:paraId="54D8C8FF" w14:textId="77777777" w:rsidR="001B54C9" w:rsidRDefault="00C8706E">
            <w:r>
              <w:t xml:space="preserve">Allocated to Scunthorpe Patrol Team 4. The allocation template contained an unrelated shoplifting MO, </w:t>
            </w:r>
            <w:r>
              <w:lastRenderedPageBreak/>
              <w:t>identified in the source as an apparent copying error.</w:t>
            </w:r>
          </w:p>
        </w:tc>
      </w:tr>
      <w:tr w:rsidR="001B54C9" w14:paraId="647F4E20" w14:textId="77777777">
        <w:trPr>
          <w:jc w:val="center"/>
        </w:trPr>
        <w:tc>
          <w:tcPr>
            <w:tcW w:w="1699" w:type="dxa"/>
            <w:shd w:val="clear" w:color="auto" w:fill="EAF2F8"/>
            <w:tcMar>
              <w:top w:w="80" w:type="dxa"/>
              <w:left w:w="100" w:type="dxa"/>
              <w:bottom w:w="80" w:type="dxa"/>
              <w:right w:w="100" w:type="dxa"/>
            </w:tcMar>
            <w:vAlign w:val="center"/>
          </w:tcPr>
          <w:p w14:paraId="72845684" w14:textId="77777777" w:rsidR="001B54C9" w:rsidRDefault="00C8706E">
            <w:r>
              <w:lastRenderedPageBreak/>
              <w:t>11/08/2026 14:24</w:t>
            </w:r>
          </w:p>
        </w:tc>
        <w:tc>
          <w:tcPr>
            <w:tcW w:w="1757" w:type="dxa"/>
            <w:tcMar>
              <w:top w:w="80" w:type="dxa"/>
              <w:left w:w="100" w:type="dxa"/>
              <w:bottom w:w="80" w:type="dxa"/>
              <w:right w:w="100" w:type="dxa"/>
            </w:tcMar>
            <w:vAlign w:val="center"/>
          </w:tcPr>
          <w:p w14:paraId="59F7FC7D" w14:textId="77777777" w:rsidR="001B54C9" w:rsidRDefault="00C8706E">
            <w:r>
              <w:t>SMS, automated</w:t>
            </w:r>
          </w:p>
        </w:tc>
        <w:tc>
          <w:tcPr>
            <w:tcW w:w="6264" w:type="dxa"/>
            <w:tcMar>
              <w:top w:w="80" w:type="dxa"/>
              <w:left w:w="100" w:type="dxa"/>
              <w:bottom w:w="80" w:type="dxa"/>
              <w:right w:w="100" w:type="dxa"/>
            </w:tcMar>
            <w:vAlign w:val="center"/>
          </w:tcPr>
          <w:p w14:paraId="199E2F0A" w14:textId="77777777" w:rsidR="001B54C9" w:rsidRDefault="00C8706E">
            <w:r>
              <w:t>OIC allocation details sent.</w:t>
            </w:r>
          </w:p>
        </w:tc>
      </w:tr>
      <w:tr w:rsidR="001B54C9" w14:paraId="182BEB0C" w14:textId="77777777">
        <w:trPr>
          <w:jc w:val="center"/>
        </w:trPr>
        <w:tc>
          <w:tcPr>
            <w:tcW w:w="1699" w:type="dxa"/>
            <w:shd w:val="clear" w:color="auto" w:fill="EAF2F8"/>
            <w:tcMar>
              <w:top w:w="80" w:type="dxa"/>
              <w:left w:w="100" w:type="dxa"/>
              <w:bottom w:w="80" w:type="dxa"/>
              <w:right w:w="100" w:type="dxa"/>
            </w:tcMar>
            <w:vAlign w:val="center"/>
          </w:tcPr>
          <w:p w14:paraId="02E50403" w14:textId="77777777" w:rsidR="001B54C9" w:rsidRDefault="00C8706E">
            <w:r>
              <w:t>12/08/2026 16:10</w:t>
            </w:r>
          </w:p>
        </w:tc>
        <w:tc>
          <w:tcPr>
            <w:tcW w:w="1757" w:type="dxa"/>
            <w:tcMar>
              <w:top w:w="80" w:type="dxa"/>
              <w:left w:w="100" w:type="dxa"/>
              <w:bottom w:w="80" w:type="dxa"/>
              <w:right w:w="100" w:type="dxa"/>
            </w:tcMar>
            <w:vAlign w:val="center"/>
          </w:tcPr>
          <w:p w14:paraId="26D78729" w14:textId="77777777" w:rsidR="001B54C9" w:rsidRDefault="00C8706E">
            <w:r>
              <w:t>Record entry</w:t>
            </w:r>
          </w:p>
        </w:tc>
        <w:tc>
          <w:tcPr>
            <w:tcW w:w="6264" w:type="dxa"/>
            <w:tcMar>
              <w:top w:w="80" w:type="dxa"/>
              <w:left w:w="100" w:type="dxa"/>
              <w:bottom w:w="80" w:type="dxa"/>
              <w:right w:w="100" w:type="dxa"/>
            </w:tcMar>
            <w:vAlign w:val="center"/>
          </w:tcPr>
          <w:p w14:paraId="3568FFD9" w14:textId="77777777" w:rsidR="001B54C9" w:rsidRDefault="00C8706E">
            <w:r>
              <w:t>Investigation plan recorded no usable CCTV, no victim MG11 and no identified suspect.</w:t>
            </w:r>
          </w:p>
        </w:tc>
      </w:tr>
      <w:tr w:rsidR="001B54C9" w14:paraId="6AAFCEAE" w14:textId="77777777">
        <w:trPr>
          <w:jc w:val="center"/>
        </w:trPr>
        <w:tc>
          <w:tcPr>
            <w:tcW w:w="1699" w:type="dxa"/>
            <w:shd w:val="clear" w:color="auto" w:fill="EAF2F8"/>
            <w:tcMar>
              <w:top w:w="80" w:type="dxa"/>
              <w:left w:w="100" w:type="dxa"/>
              <w:bottom w:w="80" w:type="dxa"/>
              <w:right w:w="100" w:type="dxa"/>
            </w:tcMar>
            <w:vAlign w:val="center"/>
          </w:tcPr>
          <w:p w14:paraId="67E4DC36" w14:textId="77777777" w:rsidR="001B54C9" w:rsidRDefault="00C8706E">
            <w:r>
              <w:t>12/08/2026 16:45-16:52</w:t>
            </w:r>
          </w:p>
        </w:tc>
        <w:tc>
          <w:tcPr>
            <w:tcW w:w="1757" w:type="dxa"/>
            <w:tcMar>
              <w:top w:w="80" w:type="dxa"/>
              <w:left w:w="100" w:type="dxa"/>
              <w:bottom w:w="80" w:type="dxa"/>
              <w:right w:w="100" w:type="dxa"/>
            </w:tcMar>
            <w:vAlign w:val="center"/>
          </w:tcPr>
          <w:p w14:paraId="51E0EDF1" w14:textId="77777777" w:rsidR="001B54C9" w:rsidRDefault="00C8706E">
            <w:r>
              <w:t>Record entry</w:t>
            </w:r>
          </w:p>
        </w:tc>
        <w:tc>
          <w:tcPr>
            <w:tcW w:w="6264" w:type="dxa"/>
            <w:tcMar>
              <w:top w:w="80" w:type="dxa"/>
              <w:left w:w="100" w:type="dxa"/>
              <w:bottom w:w="80" w:type="dxa"/>
              <w:right w:w="100" w:type="dxa"/>
            </w:tcMar>
            <w:vAlign w:val="center"/>
          </w:tcPr>
          <w:p w14:paraId="3D1506B9" w14:textId="77777777" w:rsidR="001B54C9" w:rsidRDefault="00C8706E">
            <w:r>
              <w:t>VINA and safeguarding plan completed.</w:t>
            </w:r>
          </w:p>
        </w:tc>
      </w:tr>
      <w:tr w:rsidR="001B54C9" w14:paraId="6E58BA85" w14:textId="77777777">
        <w:trPr>
          <w:jc w:val="center"/>
        </w:trPr>
        <w:tc>
          <w:tcPr>
            <w:tcW w:w="1699" w:type="dxa"/>
            <w:shd w:val="clear" w:color="auto" w:fill="EAF2F8"/>
            <w:tcMar>
              <w:top w:w="80" w:type="dxa"/>
              <w:left w:w="100" w:type="dxa"/>
              <w:bottom w:w="80" w:type="dxa"/>
              <w:right w:w="100" w:type="dxa"/>
            </w:tcMar>
            <w:vAlign w:val="center"/>
          </w:tcPr>
          <w:p w14:paraId="7598E37E" w14:textId="77777777" w:rsidR="001B54C9" w:rsidRDefault="00C8706E">
            <w:r>
              <w:t>13/08/2026 20:35</w:t>
            </w:r>
          </w:p>
        </w:tc>
        <w:tc>
          <w:tcPr>
            <w:tcW w:w="1757" w:type="dxa"/>
            <w:tcMar>
              <w:top w:w="80" w:type="dxa"/>
              <w:left w:w="100" w:type="dxa"/>
              <w:bottom w:w="80" w:type="dxa"/>
              <w:right w:w="100" w:type="dxa"/>
            </w:tcMar>
            <w:vAlign w:val="center"/>
          </w:tcPr>
          <w:p w14:paraId="055C4366" w14:textId="77777777" w:rsidR="001B54C9" w:rsidRDefault="00C8706E">
            <w:r>
              <w:t>In person</w:t>
            </w:r>
          </w:p>
        </w:tc>
        <w:tc>
          <w:tcPr>
            <w:tcW w:w="6264" w:type="dxa"/>
            <w:tcMar>
              <w:top w:w="80" w:type="dxa"/>
              <w:left w:w="100" w:type="dxa"/>
              <w:bottom w:w="80" w:type="dxa"/>
              <w:right w:w="100" w:type="dxa"/>
            </w:tcMar>
            <w:vAlign w:val="center"/>
          </w:tcPr>
          <w:p w14:paraId="3F9265D0" w14:textId="77777777" w:rsidR="001B54C9" w:rsidRDefault="00C8706E">
            <w:r>
              <w:t>Victim told there was insufficient evidence to identify a suspect and that Outcome 18 would be used; victim agreed.</w:t>
            </w:r>
          </w:p>
        </w:tc>
      </w:tr>
      <w:tr w:rsidR="001B54C9" w14:paraId="6B5958F9" w14:textId="77777777">
        <w:trPr>
          <w:jc w:val="center"/>
        </w:trPr>
        <w:tc>
          <w:tcPr>
            <w:tcW w:w="1699" w:type="dxa"/>
            <w:shd w:val="clear" w:color="auto" w:fill="EAF2F8"/>
            <w:tcMar>
              <w:top w:w="80" w:type="dxa"/>
              <w:left w:w="100" w:type="dxa"/>
              <w:bottom w:w="80" w:type="dxa"/>
              <w:right w:w="100" w:type="dxa"/>
            </w:tcMar>
            <w:vAlign w:val="center"/>
          </w:tcPr>
          <w:p w14:paraId="5CF877FA" w14:textId="77777777" w:rsidR="001B54C9" w:rsidRDefault="00C8706E">
            <w:r>
              <w:t>14/08/2026 21:54</w:t>
            </w:r>
          </w:p>
        </w:tc>
        <w:tc>
          <w:tcPr>
            <w:tcW w:w="1757" w:type="dxa"/>
            <w:tcMar>
              <w:top w:w="80" w:type="dxa"/>
              <w:left w:w="100" w:type="dxa"/>
              <w:bottom w:w="80" w:type="dxa"/>
              <w:right w:w="100" w:type="dxa"/>
            </w:tcMar>
            <w:vAlign w:val="center"/>
          </w:tcPr>
          <w:p w14:paraId="431F8ECE" w14:textId="77777777" w:rsidR="001B54C9" w:rsidRDefault="00C8706E">
            <w:r>
              <w:t>Closure record</w:t>
            </w:r>
          </w:p>
        </w:tc>
        <w:tc>
          <w:tcPr>
            <w:tcW w:w="6264" w:type="dxa"/>
            <w:tcMar>
              <w:top w:w="80" w:type="dxa"/>
              <w:left w:w="100" w:type="dxa"/>
              <w:bottom w:w="80" w:type="dxa"/>
              <w:right w:w="100" w:type="dxa"/>
            </w:tcMar>
            <w:vAlign w:val="center"/>
          </w:tcPr>
          <w:p w14:paraId="2CB65EA3" w14:textId="77777777" w:rsidR="001B54C9" w:rsidRDefault="00C8706E">
            <w:r>
              <w:t>Full Outcome 18 rationale completed.</w:t>
            </w:r>
          </w:p>
        </w:tc>
      </w:tr>
      <w:tr w:rsidR="001B54C9" w14:paraId="24225605" w14:textId="77777777">
        <w:trPr>
          <w:jc w:val="center"/>
        </w:trPr>
        <w:tc>
          <w:tcPr>
            <w:tcW w:w="1699" w:type="dxa"/>
            <w:shd w:val="clear" w:color="auto" w:fill="EAF2F8"/>
            <w:tcMar>
              <w:top w:w="80" w:type="dxa"/>
              <w:left w:w="100" w:type="dxa"/>
              <w:bottom w:w="80" w:type="dxa"/>
              <w:right w:w="100" w:type="dxa"/>
            </w:tcMar>
            <w:vAlign w:val="center"/>
          </w:tcPr>
          <w:p w14:paraId="5DB7266A" w14:textId="77777777" w:rsidR="001B54C9" w:rsidRDefault="00C8706E">
            <w:r>
              <w:t>15/08/2026 00:01</w:t>
            </w:r>
          </w:p>
        </w:tc>
        <w:tc>
          <w:tcPr>
            <w:tcW w:w="1757" w:type="dxa"/>
            <w:tcMar>
              <w:top w:w="80" w:type="dxa"/>
              <w:left w:w="100" w:type="dxa"/>
              <w:bottom w:w="80" w:type="dxa"/>
              <w:right w:w="100" w:type="dxa"/>
            </w:tcMar>
            <w:vAlign w:val="center"/>
          </w:tcPr>
          <w:p w14:paraId="5649A851" w14:textId="77777777" w:rsidR="001B54C9" w:rsidRDefault="00C8706E">
            <w:r>
              <w:t>Supervisor review</w:t>
            </w:r>
          </w:p>
        </w:tc>
        <w:tc>
          <w:tcPr>
            <w:tcW w:w="6264" w:type="dxa"/>
            <w:tcMar>
              <w:top w:w="80" w:type="dxa"/>
              <w:left w:w="100" w:type="dxa"/>
              <w:bottom w:w="80" w:type="dxa"/>
              <w:right w:w="100" w:type="dxa"/>
            </w:tcMar>
            <w:vAlign w:val="center"/>
          </w:tcPr>
          <w:p w14:paraId="62CB1646" w14:textId="77777777" w:rsidR="001B54C9" w:rsidRDefault="00C8706E">
            <w:r>
              <w:t>Closure authorised.</w:t>
            </w:r>
          </w:p>
        </w:tc>
      </w:tr>
      <w:tr w:rsidR="001B54C9" w14:paraId="761318B8" w14:textId="77777777">
        <w:trPr>
          <w:jc w:val="center"/>
        </w:trPr>
        <w:tc>
          <w:tcPr>
            <w:tcW w:w="1699" w:type="dxa"/>
            <w:shd w:val="clear" w:color="auto" w:fill="EAF2F8"/>
            <w:tcMar>
              <w:top w:w="80" w:type="dxa"/>
              <w:left w:w="100" w:type="dxa"/>
              <w:bottom w:w="80" w:type="dxa"/>
              <w:right w:w="100" w:type="dxa"/>
            </w:tcMar>
            <w:vAlign w:val="center"/>
          </w:tcPr>
          <w:p w14:paraId="544AC872" w14:textId="77777777" w:rsidR="001B54C9" w:rsidRDefault="00C8706E">
            <w:r>
              <w:t>19/08/2026 14:52-15:01</w:t>
            </w:r>
          </w:p>
        </w:tc>
        <w:tc>
          <w:tcPr>
            <w:tcW w:w="1757" w:type="dxa"/>
            <w:tcMar>
              <w:top w:w="80" w:type="dxa"/>
              <w:left w:w="100" w:type="dxa"/>
              <w:bottom w:w="80" w:type="dxa"/>
              <w:right w:w="100" w:type="dxa"/>
            </w:tcMar>
            <w:vAlign w:val="center"/>
          </w:tcPr>
          <w:p w14:paraId="53F893F5" w14:textId="77777777" w:rsidR="001B54C9" w:rsidRDefault="00C8706E">
            <w:r>
              <w:t>CDA / SMS</w:t>
            </w:r>
          </w:p>
        </w:tc>
        <w:tc>
          <w:tcPr>
            <w:tcW w:w="6264" w:type="dxa"/>
            <w:tcMar>
              <w:top w:w="80" w:type="dxa"/>
              <w:left w:w="100" w:type="dxa"/>
              <w:bottom w:w="80" w:type="dxa"/>
              <w:right w:w="100" w:type="dxa"/>
            </w:tcMar>
            <w:vAlign w:val="center"/>
          </w:tcPr>
          <w:p w14:paraId="0250EFFB" w14:textId="77777777" w:rsidR="001B54C9" w:rsidRDefault="00C8706E">
            <w:r>
              <w:t>Case finalised and victim sent closure message and survey link.</w:t>
            </w:r>
          </w:p>
        </w:tc>
      </w:tr>
    </w:tbl>
    <w:p w14:paraId="55A82EF3" w14:textId="77777777" w:rsidR="001B54C9" w:rsidRDefault="00C8706E">
      <w:r>
        <w:br w:type="page"/>
      </w:r>
    </w:p>
    <w:p w14:paraId="301E049C" w14:textId="77777777" w:rsidR="001B54C9" w:rsidRDefault="00C8706E">
      <w:pPr>
        <w:pStyle w:val="Title"/>
      </w:pPr>
      <w:r>
        <w:lastRenderedPageBreak/>
        <w:t>Sample 6</w:t>
      </w:r>
    </w:p>
    <w:p w14:paraId="0AA39078" w14:textId="77777777" w:rsidR="001B54C9" w:rsidRDefault="00C8706E">
      <w:r>
        <w:rPr>
          <w:b/>
          <w:color w:val="1F4E79"/>
        </w:rPr>
        <w:t xml:space="preserve">Incident number: </w:t>
      </w:r>
      <w:r>
        <w:t>26000112132</w:t>
      </w:r>
    </w:p>
    <w:p w14:paraId="3FE9FD1F" w14:textId="77777777" w:rsidR="001B54C9" w:rsidRDefault="00C8706E">
      <w:r>
        <w:rPr>
          <w:b/>
          <w:color w:val="1F4E79"/>
        </w:rPr>
        <w:t xml:space="preserve">Outcome: </w:t>
      </w:r>
      <w:r>
        <w:t>Outcome 16: Victim declines / withdraws support, named suspect identified</w:t>
      </w:r>
    </w:p>
    <w:p w14:paraId="0EA06A94" w14:textId="77777777" w:rsidR="001B54C9" w:rsidRDefault="00C8706E">
      <w:r>
        <w:rPr>
          <w:b/>
          <w:color w:val="1F4E79"/>
        </w:rPr>
        <w:t xml:space="preserve">Protective characteristic marker(s): </w:t>
      </w:r>
      <w:r>
        <w:t>Racial: Yes. Disabled: No. Religion: No. Sexual orientation: No. Transgender: No.</w:t>
      </w:r>
    </w:p>
    <w:p w14:paraId="3B255ADA" w14:textId="77777777" w:rsidR="001B54C9" w:rsidRDefault="00C8706E">
      <w:pPr>
        <w:pStyle w:val="Heading1"/>
      </w:pPr>
      <w:r>
        <w:t>Summary</w:t>
      </w:r>
    </w:p>
    <w:p w14:paraId="231B21AF" w14:textId="77777777" w:rsidR="001B54C9" w:rsidRDefault="00C8706E">
      <w:pPr>
        <w:pStyle w:val="Heading2"/>
      </w:pPr>
      <w:r>
        <w:t>Initial MO (full recorded wording)</w:t>
      </w:r>
    </w:p>
    <w:p w14:paraId="62E7EACC" w14:textId="77777777" w:rsidR="001B54C9" w:rsidRDefault="00C8706E">
      <w:pPr>
        <w:pStyle w:val="Quote"/>
      </w:pPr>
      <w:r>
        <w:t>Known female suspect whilst in drink calls the male victim "nigger" and is also shouting "black bastards"</w:t>
      </w:r>
    </w:p>
    <w:p w14:paraId="76278519" w14:textId="77777777" w:rsidR="001B54C9" w:rsidRDefault="00C8706E">
      <w:pPr>
        <w:pStyle w:val="Heading2"/>
      </w:pPr>
      <w:r>
        <w:t>Closure rationale (full recorded wording)</w:t>
      </w:r>
    </w:p>
    <w:p w14:paraId="652A0CFC" w14:textId="77777777" w:rsidR="001B54C9" w:rsidRDefault="00C8706E">
      <w:pPr>
        <w:pStyle w:val="Quote"/>
      </w:pPr>
      <w:r>
        <w:t>This was described as a low-level incident in which an intoxicated female made a remark that the victim took offence to. The victim stated that he was not willing to provide an MG11 complaint. CCTV covered the location but had no audio capability and therefore captured nothing evidential about what was said. The victim was updated by text. Safeguarding advice was offered, CCTV was in place and the suspect was advised not to attend the location. Outcome 16 was selected because the victim did not support poli</w:t>
      </w:r>
      <w:r>
        <w:t>ce action or an evidence-led prosecution. An officer MG11 recorded the no-complaint position. Supervisor rationale repeated that, without a victim MG11 or audio, the matter was suitable for closure. Finalised by CDA on 26/08/2026.</w:t>
      </w:r>
    </w:p>
    <w:p w14:paraId="194117F6"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397"/>
        <w:gridCol w:w="5759"/>
      </w:tblGrid>
      <w:tr w:rsidR="001B54C9" w14:paraId="09804557" w14:textId="77777777">
        <w:trPr>
          <w:tblHeader/>
          <w:jc w:val="center"/>
        </w:trPr>
        <w:tc>
          <w:tcPr>
            <w:tcW w:w="5083" w:type="dxa"/>
            <w:shd w:val="clear" w:color="auto" w:fill="1F4E79"/>
            <w:vAlign w:val="center"/>
          </w:tcPr>
          <w:p w14:paraId="7140E7DE" w14:textId="77777777" w:rsidR="001B54C9" w:rsidRDefault="00C8706E">
            <w:r>
              <w:rPr>
                <w:b/>
                <w:color w:val="FFFFFF"/>
              </w:rPr>
              <w:t>Requirement</w:t>
            </w:r>
          </w:p>
        </w:tc>
        <w:tc>
          <w:tcPr>
            <w:tcW w:w="5083" w:type="dxa"/>
            <w:shd w:val="clear" w:color="auto" w:fill="1F4E79"/>
            <w:vAlign w:val="center"/>
          </w:tcPr>
          <w:p w14:paraId="620C35FE" w14:textId="77777777" w:rsidR="001B54C9" w:rsidRDefault="00C8706E">
            <w:r>
              <w:rPr>
                <w:b/>
                <w:color w:val="FFFFFF"/>
              </w:rPr>
              <w:t>Finding</w:t>
            </w:r>
          </w:p>
        </w:tc>
      </w:tr>
      <w:tr w:rsidR="001B54C9" w14:paraId="0E996223" w14:textId="77777777">
        <w:trPr>
          <w:jc w:val="center"/>
        </w:trPr>
        <w:tc>
          <w:tcPr>
            <w:tcW w:w="2880" w:type="dxa"/>
            <w:shd w:val="clear" w:color="auto" w:fill="D9EAF7"/>
            <w:tcMar>
              <w:top w:w="80" w:type="dxa"/>
              <w:left w:w="100" w:type="dxa"/>
              <w:bottom w:w="80" w:type="dxa"/>
              <w:right w:w="100" w:type="dxa"/>
            </w:tcMar>
            <w:vAlign w:val="center"/>
          </w:tcPr>
          <w:p w14:paraId="18F0DBF2" w14:textId="77777777" w:rsidR="001B54C9" w:rsidRDefault="00C8706E">
            <w:r>
              <w:t>VINA completed?</w:t>
            </w:r>
          </w:p>
        </w:tc>
        <w:tc>
          <w:tcPr>
            <w:tcW w:w="6768" w:type="dxa"/>
            <w:tcMar>
              <w:top w:w="80" w:type="dxa"/>
              <w:left w:w="100" w:type="dxa"/>
              <w:bottom w:w="80" w:type="dxa"/>
              <w:right w:w="100" w:type="dxa"/>
            </w:tcMar>
            <w:vAlign w:val="center"/>
          </w:tcPr>
          <w:p w14:paraId="6B329560" w14:textId="77777777" w:rsidR="001B54C9" w:rsidRDefault="00C8706E">
            <w:r>
              <w:t>Yes. VINA recorded 19/08/2026 at 09:14.</w:t>
            </w:r>
          </w:p>
        </w:tc>
      </w:tr>
      <w:tr w:rsidR="001B54C9" w14:paraId="615B57EB" w14:textId="77777777">
        <w:trPr>
          <w:jc w:val="center"/>
        </w:trPr>
        <w:tc>
          <w:tcPr>
            <w:tcW w:w="2880" w:type="dxa"/>
            <w:shd w:val="clear" w:color="auto" w:fill="D9EAF7"/>
            <w:tcMar>
              <w:top w:w="80" w:type="dxa"/>
              <w:left w:w="100" w:type="dxa"/>
              <w:bottom w:w="80" w:type="dxa"/>
              <w:right w:w="100" w:type="dxa"/>
            </w:tcMar>
            <w:vAlign w:val="center"/>
          </w:tcPr>
          <w:p w14:paraId="2D569FAC" w14:textId="77777777" w:rsidR="001B54C9" w:rsidRDefault="00C8706E">
            <w:r>
              <w:t>Enhanced service required?</w:t>
            </w:r>
          </w:p>
        </w:tc>
        <w:tc>
          <w:tcPr>
            <w:tcW w:w="6768" w:type="dxa"/>
            <w:tcMar>
              <w:top w:w="80" w:type="dxa"/>
              <w:left w:w="100" w:type="dxa"/>
              <w:bottom w:w="80" w:type="dxa"/>
              <w:right w:w="100" w:type="dxa"/>
            </w:tcMar>
            <w:vAlign w:val="center"/>
          </w:tcPr>
          <w:p w14:paraId="6F3863D8" w14:textId="77777777" w:rsidR="001B54C9" w:rsidRDefault="00C8706E">
            <w:r>
              <w:t>No. The VINA states that an enhanced service is not required.</w:t>
            </w:r>
          </w:p>
        </w:tc>
      </w:tr>
      <w:tr w:rsidR="001B54C9" w14:paraId="15E017F0" w14:textId="77777777">
        <w:trPr>
          <w:jc w:val="center"/>
        </w:trPr>
        <w:tc>
          <w:tcPr>
            <w:tcW w:w="2880" w:type="dxa"/>
            <w:shd w:val="clear" w:color="auto" w:fill="D9EAF7"/>
            <w:tcMar>
              <w:top w:w="80" w:type="dxa"/>
              <w:left w:w="100" w:type="dxa"/>
              <w:bottom w:w="80" w:type="dxa"/>
              <w:right w:w="100" w:type="dxa"/>
            </w:tcMar>
            <w:vAlign w:val="center"/>
          </w:tcPr>
          <w:p w14:paraId="0848B55B" w14:textId="77777777" w:rsidR="001B54C9" w:rsidRDefault="00C8706E">
            <w:r>
              <w:t>Assessment note</w:t>
            </w:r>
          </w:p>
        </w:tc>
        <w:tc>
          <w:tcPr>
            <w:tcW w:w="6768" w:type="dxa"/>
            <w:tcMar>
              <w:top w:w="80" w:type="dxa"/>
              <w:left w:w="100" w:type="dxa"/>
              <w:bottom w:w="80" w:type="dxa"/>
              <w:right w:w="100" w:type="dxa"/>
            </w:tcMar>
            <w:vAlign w:val="center"/>
          </w:tcPr>
          <w:p w14:paraId="68621582" w14:textId="77777777" w:rsidR="001B54C9" w:rsidRDefault="00C8706E">
            <w:r>
              <w:t>No vulnerability, intimidation, persistent targeting, language barrier or support need was recorded, although the later safeguarding plan described the victim as a repeat victim.</w:t>
            </w:r>
          </w:p>
        </w:tc>
      </w:tr>
    </w:tbl>
    <w:p w14:paraId="51030164"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707"/>
        <w:gridCol w:w="2698"/>
        <w:gridCol w:w="4751"/>
      </w:tblGrid>
      <w:tr w:rsidR="001B54C9" w14:paraId="7B836073" w14:textId="77777777">
        <w:trPr>
          <w:tblHeader/>
          <w:jc w:val="center"/>
        </w:trPr>
        <w:tc>
          <w:tcPr>
            <w:tcW w:w="3389" w:type="dxa"/>
            <w:shd w:val="clear" w:color="auto" w:fill="1F4E79"/>
            <w:tcMar>
              <w:top w:w="80" w:type="dxa"/>
              <w:left w:w="100" w:type="dxa"/>
              <w:bottom w:w="80" w:type="dxa"/>
              <w:right w:w="100" w:type="dxa"/>
            </w:tcMar>
            <w:vAlign w:val="center"/>
          </w:tcPr>
          <w:p w14:paraId="7B5943CC"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2A8AED96"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2EC94C5D" w14:textId="77777777" w:rsidR="001B54C9" w:rsidRDefault="00C8706E">
            <w:r>
              <w:rPr>
                <w:b/>
                <w:color w:val="FFFFFF"/>
              </w:rPr>
              <w:t>Action / contact</w:t>
            </w:r>
          </w:p>
        </w:tc>
      </w:tr>
      <w:tr w:rsidR="001B54C9" w14:paraId="7D6CE39F" w14:textId="77777777">
        <w:trPr>
          <w:jc w:val="center"/>
        </w:trPr>
        <w:tc>
          <w:tcPr>
            <w:tcW w:w="1699" w:type="dxa"/>
            <w:shd w:val="clear" w:color="auto" w:fill="EAF2F8"/>
            <w:tcMar>
              <w:top w:w="80" w:type="dxa"/>
              <w:left w:w="100" w:type="dxa"/>
              <w:bottom w:w="80" w:type="dxa"/>
              <w:right w:w="100" w:type="dxa"/>
            </w:tcMar>
            <w:vAlign w:val="center"/>
          </w:tcPr>
          <w:p w14:paraId="7A1825B8" w14:textId="77777777" w:rsidR="001B54C9" w:rsidRDefault="00C8706E">
            <w:r>
              <w:t>09/08/2026 19:13</w:t>
            </w:r>
          </w:p>
        </w:tc>
        <w:tc>
          <w:tcPr>
            <w:tcW w:w="1757" w:type="dxa"/>
            <w:tcMar>
              <w:top w:w="80" w:type="dxa"/>
              <w:left w:w="100" w:type="dxa"/>
              <w:bottom w:w="80" w:type="dxa"/>
              <w:right w:w="100" w:type="dxa"/>
            </w:tcMar>
            <w:vAlign w:val="center"/>
          </w:tcPr>
          <w:p w14:paraId="0B6BED1F" w14:textId="77777777" w:rsidR="001B54C9" w:rsidRDefault="00C8706E">
            <w:r>
              <w:t>Record / Pronto</w:t>
            </w:r>
          </w:p>
        </w:tc>
        <w:tc>
          <w:tcPr>
            <w:tcW w:w="6264" w:type="dxa"/>
            <w:tcMar>
              <w:top w:w="80" w:type="dxa"/>
              <w:left w:w="100" w:type="dxa"/>
              <w:bottom w:w="80" w:type="dxa"/>
              <w:right w:w="100" w:type="dxa"/>
            </w:tcMar>
            <w:vAlign w:val="center"/>
          </w:tcPr>
          <w:p w14:paraId="467479AE" w14:textId="77777777" w:rsidR="001B54C9" w:rsidRDefault="00C8706E">
            <w:r>
              <w:t>VCOP, initial plan, portal opt-in and crime submission recorded.</w:t>
            </w:r>
          </w:p>
        </w:tc>
      </w:tr>
      <w:tr w:rsidR="001B54C9" w14:paraId="4EC42AF3" w14:textId="77777777">
        <w:trPr>
          <w:jc w:val="center"/>
        </w:trPr>
        <w:tc>
          <w:tcPr>
            <w:tcW w:w="1699" w:type="dxa"/>
            <w:shd w:val="clear" w:color="auto" w:fill="EAF2F8"/>
            <w:tcMar>
              <w:top w:w="80" w:type="dxa"/>
              <w:left w:w="100" w:type="dxa"/>
              <w:bottom w:w="80" w:type="dxa"/>
              <w:right w:w="100" w:type="dxa"/>
            </w:tcMar>
            <w:vAlign w:val="center"/>
          </w:tcPr>
          <w:p w14:paraId="55653BAD" w14:textId="77777777" w:rsidR="001B54C9" w:rsidRDefault="00C8706E">
            <w:r>
              <w:t>10/08/2026 13:02</w:t>
            </w:r>
          </w:p>
        </w:tc>
        <w:tc>
          <w:tcPr>
            <w:tcW w:w="1757" w:type="dxa"/>
            <w:tcMar>
              <w:top w:w="80" w:type="dxa"/>
              <w:left w:w="100" w:type="dxa"/>
              <w:bottom w:w="80" w:type="dxa"/>
              <w:right w:w="100" w:type="dxa"/>
            </w:tcMar>
            <w:vAlign w:val="center"/>
          </w:tcPr>
          <w:p w14:paraId="27AF51DD" w14:textId="77777777" w:rsidR="001B54C9" w:rsidRDefault="00C8706E">
            <w:r>
              <w:t>CMU review</w:t>
            </w:r>
          </w:p>
        </w:tc>
        <w:tc>
          <w:tcPr>
            <w:tcW w:w="6264" w:type="dxa"/>
            <w:tcMar>
              <w:top w:w="80" w:type="dxa"/>
              <w:left w:w="100" w:type="dxa"/>
              <w:bottom w:w="80" w:type="dxa"/>
              <w:right w:w="100" w:type="dxa"/>
            </w:tcMar>
            <w:vAlign w:val="center"/>
          </w:tcPr>
          <w:p w14:paraId="0BE441FC" w14:textId="77777777" w:rsidR="001B54C9" w:rsidRDefault="00C8706E">
            <w:r>
              <w:t>Allocated to Scunthorpe PT Urban; named suspect and full case build recorded.</w:t>
            </w:r>
          </w:p>
        </w:tc>
      </w:tr>
      <w:tr w:rsidR="001B54C9" w14:paraId="52788082" w14:textId="77777777">
        <w:trPr>
          <w:jc w:val="center"/>
        </w:trPr>
        <w:tc>
          <w:tcPr>
            <w:tcW w:w="1699" w:type="dxa"/>
            <w:shd w:val="clear" w:color="auto" w:fill="EAF2F8"/>
            <w:tcMar>
              <w:top w:w="80" w:type="dxa"/>
              <w:left w:w="100" w:type="dxa"/>
              <w:bottom w:w="80" w:type="dxa"/>
              <w:right w:w="100" w:type="dxa"/>
            </w:tcMar>
            <w:vAlign w:val="center"/>
          </w:tcPr>
          <w:p w14:paraId="56B09447" w14:textId="77777777" w:rsidR="001B54C9" w:rsidRDefault="00C8706E">
            <w:r>
              <w:t>13/08/2026 17:24</w:t>
            </w:r>
          </w:p>
        </w:tc>
        <w:tc>
          <w:tcPr>
            <w:tcW w:w="1757" w:type="dxa"/>
            <w:tcMar>
              <w:top w:w="80" w:type="dxa"/>
              <w:left w:w="100" w:type="dxa"/>
              <w:bottom w:w="80" w:type="dxa"/>
              <w:right w:w="100" w:type="dxa"/>
            </w:tcMar>
            <w:vAlign w:val="center"/>
          </w:tcPr>
          <w:p w14:paraId="4F354621" w14:textId="77777777" w:rsidR="001B54C9" w:rsidRDefault="00C8706E">
            <w:r>
              <w:t>Telephone</w:t>
            </w:r>
          </w:p>
        </w:tc>
        <w:tc>
          <w:tcPr>
            <w:tcW w:w="6264" w:type="dxa"/>
            <w:tcMar>
              <w:top w:w="80" w:type="dxa"/>
              <w:left w:w="100" w:type="dxa"/>
              <w:bottom w:w="80" w:type="dxa"/>
              <w:right w:w="100" w:type="dxa"/>
            </w:tcMar>
            <w:vAlign w:val="center"/>
          </w:tcPr>
          <w:p w14:paraId="49D02DC3" w14:textId="77777777" w:rsidR="001B54C9" w:rsidRDefault="00C8706E">
            <w:r>
              <w:t>Victim’s partner spoken to. She identified CCTV without audio; victim stated during the call that he would not provide an MG11.</w:t>
            </w:r>
          </w:p>
        </w:tc>
      </w:tr>
      <w:tr w:rsidR="001B54C9" w14:paraId="3763FA48" w14:textId="77777777">
        <w:trPr>
          <w:jc w:val="center"/>
        </w:trPr>
        <w:tc>
          <w:tcPr>
            <w:tcW w:w="1699" w:type="dxa"/>
            <w:shd w:val="clear" w:color="auto" w:fill="EAF2F8"/>
            <w:tcMar>
              <w:top w:w="80" w:type="dxa"/>
              <w:left w:w="100" w:type="dxa"/>
              <w:bottom w:w="80" w:type="dxa"/>
              <w:right w:w="100" w:type="dxa"/>
            </w:tcMar>
            <w:vAlign w:val="center"/>
          </w:tcPr>
          <w:p w14:paraId="73E6DFED" w14:textId="77777777" w:rsidR="001B54C9" w:rsidRDefault="00C8706E">
            <w:r>
              <w:t>19/08/2026 09:14-09:42</w:t>
            </w:r>
          </w:p>
        </w:tc>
        <w:tc>
          <w:tcPr>
            <w:tcW w:w="1757" w:type="dxa"/>
            <w:tcMar>
              <w:top w:w="80" w:type="dxa"/>
              <w:left w:w="100" w:type="dxa"/>
              <w:bottom w:w="80" w:type="dxa"/>
              <w:right w:w="100" w:type="dxa"/>
            </w:tcMar>
            <w:vAlign w:val="center"/>
          </w:tcPr>
          <w:p w14:paraId="7B298C18" w14:textId="77777777" w:rsidR="001B54C9" w:rsidRDefault="00C8706E">
            <w:r>
              <w:t>In person / record entry</w:t>
            </w:r>
          </w:p>
        </w:tc>
        <w:tc>
          <w:tcPr>
            <w:tcW w:w="6264" w:type="dxa"/>
            <w:tcMar>
              <w:top w:w="80" w:type="dxa"/>
              <w:left w:w="100" w:type="dxa"/>
              <w:bottom w:w="80" w:type="dxa"/>
              <w:right w:w="100" w:type="dxa"/>
            </w:tcMar>
            <w:vAlign w:val="center"/>
          </w:tcPr>
          <w:p w14:paraId="03F05E72" w14:textId="77777777" w:rsidR="001B54C9" w:rsidRDefault="00C8706E">
            <w:r>
              <w:t>VINA states criminal justice process explained in person. Safeguarding and investigation plans completed; CCTV evidential limitation and repeat-victim status recorded.</w:t>
            </w:r>
          </w:p>
        </w:tc>
      </w:tr>
      <w:tr w:rsidR="001B54C9" w14:paraId="2C07F2ED" w14:textId="77777777">
        <w:trPr>
          <w:jc w:val="center"/>
        </w:trPr>
        <w:tc>
          <w:tcPr>
            <w:tcW w:w="1699" w:type="dxa"/>
            <w:shd w:val="clear" w:color="auto" w:fill="EAF2F8"/>
            <w:tcMar>
              <w:top w:w="80" w:type="dxa"/>
              <w:left w:w="100" w:type="dxa"/>
              <w:bottom w:w="80" w:type="dxa"/>
              <w:right w:w="100" w:type="dxa"/>
            </w:tcMar>
            <w:vAlign w:val="center"/>
          </w:tcPr>
          <w:p w14:paraId="11855ED8" w14:textId="77777777" w:rsidR="001B54C9" w:rsidRDefault="00C8706E">
            <w:r>
              <w:lastRenderedPageBreak/>
              <w:t>20/08/2026 12:23</w:t>
            </w:r>
          </w:p>
        </w:tc>
        <w:tc>
          <w:tcPr>
            <w:tcW w:w="1757" w:type="dxa"/>
            <w:tcMar>
              <w:top w:w="80" w:type="dxa"/>
              <w:left w:w="100" w:type="dxa"/>
              <w:bottom w:w="80" w:type="dxa"/>
              <w:right w:w="100" w:type="dxa"/>
            </w:tcMar>
            <w:vAlign w:val="center"/>
          </w:tcPr>
          <w:p w14:paraId="44945145" w14:textId="77777777" w:rsidR="001B54C9" w:rsidRDefault="00C8706E">
            <w:r>
              <w:t>Text / closure record</w:t>
            </w:r>
          </w:p>
        </w:tc>
        <w:tc>
          <w:tcPr>
            <w:tcW w:w="6264" w:type="dxa"/>
            <w:tcMar>
              <w:top w:w="80" w:type="dxa"/>
              <w:left w:w="100" w:type="dxa"/>
              <w:bottom w:w="80" w:type="dxa"/>
              <w:right w:w="100" w:type="dxa"/>
            </w:tcMar>
            <w:vAlign w:val="center"/>
          </w:tcPr>
          <w:p w14:paraId="08FEA4E1" w14:textId="77777777" w:rsidR="001B54C9" w:rsidRDefault="00C8706E">
            <w:r>
              <w:t>Victim updated by text; Outcome 16 closure rationale completed.</w:t>
            </w:r>
          </w:p>
        </w:tc>
      </w:tr>
      <w:tr w:rsidR="001B54C9" w14:paraId="35E0D316" w14:textId="77777777">
        <w:trPr>
          <w:jc w:val="center"/>
        </w:trPr>
        <w:tc>
          <w:tcPr>
            <w:tcW w:w="1699" w:type="dxa"/>
            <w:shd w:val="clear" w:color="auto" w:fill="EAF2F8"/>
            <w:tcMar>
              <w:top w:w="80" w:type="dxa"/>
              <w:left w:w="100" w:type="dxa"/>
              <w:bottom w:w="80" w:type="dxa"/>
              <w:right w:w="100" w:type="dxa"/>
            </w:tcMar>
            <w:vAlign w:val="center"/>
          </w:tcPr>
          <w:p w14:paraId="47FF47DD" w14:textId="77777777" w:rsidR="001B54C9" w:rsidRDefault="00C8706E">
            <w:r>
              <w:t>20/08/2026 13:30</w:t>
            </w:r>
          </w:p>
        </w:tc>
        <w:tc>
          <w:tcPr>
            <w:tcW w:w="1757" w:type="dxa"/>
            <w:tcMar>
              <w:top w:w="80" w:type="dxa"/>
              <w:left w:w="100" w:type="dxa"/>
              <w:bottom w:w="80" w:type="dxa"/>
              <w:right w:w="100" w:type="dxa"/>
            </w:tcMar>
            <w:vAlign w:val="center"/>
          </w:tcPr>
          <w:p w14:paraId="2774B3FE" w14:textId="77777777" w:rsidR="001B54C9" w:rsidRDefault="00C8706E">
            <w:r>
              <w:t>Pronto</w:t>
            </w:r>
          </w:p>
        </w:tc>
        <w:tc>
          <w:tcPr>
            <w:tcW w:w="6264" w:type="dxa"/>
            <w:tcMar>
              <w:top w:w="80" w:type="dxa"/>
              <w:left w:w="100" w:type="dxa"/>
              <w:bottom w:w="80" w:type="dxa"/>
              <w:right w:w="100" w:type="dxa"/>
            </w:tcMar>
            <w:vAlign w:val="center"/>
          </w:tcPr>
          <w:p w14:paraId="4329CE6C" w14:textId="77777777" w:rsidR="001B54C9" w:rsidRDefault="00C8706E">
            <w:r>
              <w:t>Police statement submitted.</w:t>
            </w:r>
          </w:p>
        </w:tc>
      </w:tr>
      <w:tr w:rsidR="001B54C9" w14:paraId="2604772C" w14:textId="77777777">
        <w:trPr>
          <w:jc w:val="center"/>
        </w:trPr>
        <w:tc>
          <w:tcPr>
            <w:tcW w:w="1699" w:type="dxa"/>
            <w:shd w:val="clear" w:color="auto" w:fill="EAF2F8"/>
            <w:tcMar>
              <w:top w:w="80" w:type="dxa"/>
              <w:left w:w="100" w:type="dxa"/>
              <w:bottom w:w="80" w:type="dxa"/>
              <w:right w:w="100" w:type="dxa"/>
            </w:tcMar>
            <w:vAlign w:val="center"/>
          </w:tcPr>
          <w:p w14:paraId="0D0EC245" w14:textId="77777777" w:rsidR="001B54C9" w:rsidRDefault="00C8706E">
            <w:r>
              <w:t>21/08/2026 17:17</w:t>
            </w:r>
          </w:p>
        </w:tc>
        <w:tc>
          <w:tcPr>
            <w:tcW w:w="1757" w:type="dxa"/>
            <w:tcMar>
              <w:top w:w="80" w:type="dxa"/>
              <w:left w:w="100" w:type="dxa"/>
              <w:bottom w:w="80" w:type="dxa"/>
              <w:right w:w="100" w:type="dxa"/>
            </w:tcMar>
            <w:vAlign w:val="center"/>
          </w:tcPr>
          <w:p w14:paraId="0A3F8B4A" w14:textId="77777777" w:rsidR="001B54C9" w:rsidRDefault="00C8706E">
            <w:r>
              <w:t>Supervisor review</w:t>
            </w:r>
          </w:p>
        </w:tc>
        <w:tc>
          <w:tcPr>
            <w:tcW w:w="6264" w:type="dxa"/>
            <w:tcMar>
              <w:top w:w="80" w:type="dxa"/>
              <w:left w:w="100" w:type="dxa"/>
              <w:bottom w:w="80" w:type="dxa"/>
              <w:right w:w="100" w:type="dxa"/>
            </w:tcMar>
            <w:vAlign w:val="center"/>
          </w:tcPr>
          <w:p w14:paraId="42CF4E87" w14:textId="77777777" w:rsidR="001B54C9" w:rsidRDefault="00C8706E">
            <w:r>
              <w:t>Closure authorised.</w:t>
            </w:r>
          </w:p>
        </w:tc>
      </w:tr>
      <w:tr w:rsidR="001B54C9" w14:paraId="2D3A77B9" w14:textId="77777777">
        <w:trPr>
          <w:jc w:val="center"/>
        </w:trPr>
        <w:tc>
          <w:tcPr>
            <w:tcW w:w="1699" w:type="dxa"/>
            <w:shd w:val="clear" w:color="auto" w:fill="EAF2F8"/>
            <w:tcMar>
              <w:top w:w="80" w:type="dxa"/>
              <w:left w:w="100" w:type="dxa"/>
              <w:bottom w:w="80" w:type="dxa"/>
              <w:right w:w="100" w:type="dxa"/>
            </w:tcMar>
            <w:vAlign w:val="center"/>
          </w:tcPr>
          <w:p w14:paraId="145C9C91" w14:textId="77777777" w:rsidR="001B54C9" w:rsidRDefault="00C8706E">
            <w:r>
              <w:t>26/08/2026 07:42</w:t>
            </w:r>
          </w:p>
        </w:tc>
        <w:tc>
          <w:tcPr>
            <w:tcW w:w="1757" w:type="dxa"/>
            <w:tcMar>
              <w:top w:w="80" w:type="dxa"/>
              <w:left w:w="100" w:type="dxa"/>
              <w:bottom w:w="80" w:type="dxa"/>
              <w:right w:w="100" w:type="dxa"/>
            </w:tcMar>
            <w:vAlign w:val="center"/>
          </w:tcPr>
          <w:p w14:paraId="3FEF2863" w14:textId="77777777" w:rsidR="001B54C9" w:rsidRDefault="00C8706E">
            <w:r>
              <w:t>CDA finalisation</w:t>
            </w:r>
          </w:p>
        </w:tc>
        <w:tc>
          <w:tcPr>
            <w:tcW w:w="6264" w:type="dxa"/>
            <w:tcMar>
              <w:top w:w="80" w:type="dxa"/>
              <w:left w:w="100" w:type="dxa"/>
              <w:bottom w:w="80" w:type="dxa"/>
              <w:right w:w="100" w:type="dxa"/>
            </w:tcMar>
            <w:vAlign w:val="center"/>
          </w:tcPr>
          <w:p w14:paraId="54ED4344" w14:textId="77777777" w:rsidR="001B54C9" w:rsidRDefault="00C8706E">
            <w:r>
              <w:t>Occurrence finalised.</w:t>
            </w:r>
          </w:p>
        </w:tc>
      </w:tr>
    </w:tbl>
    <w:p w14:paraId="370FBCE3" w14:textId="77777777" w:rsidR="001B54C9" w:rsidRDefault="00C8706E">
      <w:r>
        <w:br w:type="page"/>
      </w:r>
    </w:p>
    <w:p w14:paraId="71CE31A5" w14:textId="77777777" w:rsidR="001B54C9" w:rsidRDefault="00C8706E">
      <w:pPr>
        <w:pStyle w:val="Title"/>
      </w:pPr>
      <w:r>
        <w:lastRenderedPageBreak/>
        <w:t>Related to Sample 6: Repeat victim case</w:t>
      </w:r>
    </w:p>
    <w:p w14:paraId="0E537756" w14:textId="77777777" w:rsidR="001B54C9" w:rsidRDefault="00C8706E">
      <w:r>
        <w:rPr>
          <w:b/>
          <w:color w:val="1F4E79"/>
        </w:rPr>
        <w:t xml:space="preserve">Incident number: </w:t>
      </w:r>
      <w:r>
        <w:t>26000002022</w:t>
      </w:r>
    </w:p>
    <w:p w14:paraId="3315E367" w14:textId="77777777" w:rsidR="001B54C9" w:rsidRDefault="00C8706E">
      <w:r>
        <w:rPr>
          <w:b/>
          <w:color w:val="1F4E79"/>
        </w:rPr>
        <w:t xml:space="preserve">Outcome: </w:t>
      </w:r>
      <w:r>
        <w:t>Outcome 1: Summons / postal requisition</w:t>
      </w:r>
    </w:p>
    <w:p w14:paraId="69C1B2FE" w14:textId="77777777" w:rsidR="001B54C9" w:rsidRDefault="00C8706E">
      <w:r>
        <w:rPr>
          <w:b/>
          <w:color w:val="1F4E79"/>
        </w:rPr>
        <w:t xml:space="preserve">Protective characteristic marker(s): </w:t>
      </w:r>
      <w:r>
        <w:t>Racial: Yes. Disabled: No. Religion: No. Sexual orientation: No. Transgender: No.</w:t>
      </w:r>
    </w:p>
    <w:p w14:paraId="46FCAC8A" w14:textId="77777777" w:rsidR="001B54C9" w:rsidRDefault="00C8706E">
      <w:pPr>
        <w:pStyle w:val="Heading1"/>
      </w:pPr>
      <w:r>
        <w:t>Summary</w:t>
      </w:r>
    </w:p>
    <w:p w14:paraId="6674040B" w14:textId="77777777" w:rsidR="001B54C9" w:rsidRDefault="00C8706E">
      <w:pPr>
        <w:pStyle w:val="Heading2"/>
      </w:pPr>
      <w:r>
        <w:t>Initial MO (full recorded wording)</w:t>
      </w:r>
    </w:p>
    <w:p w14:paraId="0BCC1901" w14:textId="77777777" w:rsidR="001B54C9" w:rsidRDefault="00C8706E">
      <w:pPr>
        <w:pStyle w:val="Quote"/>
      </w:pPr>
      <w:r>
        <w:t>Male suspect turns up at a local pub which he is not allowed in and is refused entry by the door staff. Suspect threatens the male victim and tells him he has paid someone £100 to smash the pub windows in. Suspect says "WATCH WHAT'S GONNA HAPPEN, I'LL BE BACK AND I'LL COME FUCKING KILL YOU, I KNOW WHERE YOU LIVE. Suspect threatens to smash the pub up and other people when they asked him to calm down he becomes verbally abusive, shouting and swearing at victim during which he called him a "NIGGER".</w:t>
      </w:r>
    </w:p>
    <w:p w14:paraId="2FE7EA45" w14:textId="77777777" w:rsidR="001B54C9" w:rsidRDefault="00C8706E">
      <w:pPr>
        <w:pStyle w:val="Heading2"/>
      </w:pPr>
      <w:r>
        <w:t>Closure rationale (full recorded wording)</w:t>
      </w:r>
    </w:p>
    <w:p w14:paraId="6F1327AA" w14:textId="77777777" w:rsidR="001B54C9" w:rsidRDefault="00C8706E">
      <w:pPr>
        <w:pStyle w:val="Quote"/>
      </w:pPr>
      <w:r>
        <w:t>Victim, who is manager of a public house, disclosed that the suspect had threatened to pay someone £100 to smash the pub windows, believed to have occurred during the initial incident and raised for crime-recording standards rather than as a fresh incident. A victim statement was obtained, a CPS decision was sought and charges were authorised. The suspect was summonsed and the certificate of service was uploaded. The victim was updated by mobile. Supervisor rationale: victim disclosure, statement, CPS decis</w:t>
      </w:r>
      <w:r>
        <w:t>ion and charge received; all outcome requirements met. The CDA initially rejected finalisation on 26/05/2026 because the outcome template was missing and clarification was required regarding the two victims and who the threats were made to. The template was completed on 27/05/2026, closure was reauthorised on 04/06/2026 and CDA finalised Outcome 1 on 10/06/2026.</w:t>
      </w:r>
    </w:p>
    <w:p w14:paraId="4CE5935A"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386"/>
        <w:gridCol w:w="5770"/>
      </w:tblGrid>
      <w:tr w:rsidR="001B54C9" w14:paraId="373E04C1" w14:textId="77777777">
        <w:trPr>
          <w:tblHeader/>
          <w:jc w:val="center"/>
        </w:trPr>
        <w:tc>
          <w:tcPr>
            <w:tcW w:w="5083" w:type="dxa"/>
            <w:shd w:val="clear" w:color="auto" w:fill="1F4E79"/>
            <w:vAlign w:val="center"/>
          </w:tcPr>
          <w:p w14:paraId="1E52C16F" w14:textId="77777777" w:rsidR="001B54C9" w:rsidRDefault="00C8706E">
            <w:r>
              <w:rPr>
                <w:b/>
                <w:color w:val="FFFFFF"/>
              </w:rPr>
              <w:t>Requirement</w:t>
            </w:r>
          </w:p>
        </w:tc>
        <w:tc>
          <w:tcPr>
            <w:tcW w:w="5083" w:type="dxa"/>
            <w:shd w:val="clear" w:color="auto" w:fill="1F4E79"/>
            <w:vAlign w:val="center"/>
          </w:tcPr>
          <w:p w14:paraId="67D37BB7" w14:textId="77777777" w:rsidR="001B54C9" w:rsidRDefault="00C8706E">
            <w:r>
              <w:rPr>
                <w:b/>
                <w:color w:val="FFFFFF"/>
              </w:rPr>
              <w:t>Finding</w:t>
            </w:r>
          </w:p>
        </w:tc>
      </w:tr>
      <w:tr w:rsidR="001B54C9" w14:paraId="04099FFA" w14:textId="77777777">
        <w:trPr>
          <w:jc w:val="center"/>
        </w:trPr>
        <w:tc>
          <w:tcPr>
            <w:tcW w:w="2880" w:type="dxa"/>
            <w:shd w:val="clear" w:color="auto" w:fill="D9EAF7"/>
            <w:tcMar>
              <w:top w:w="80" w:type="dxa"/>
              <w:left w:w="100" w:type="dxa"/>
              <w:bottom w:w="80" w:type="dxa"/>
              <w:right w:w="100" w:type="dxa"/>
            </w:tcMar>
            <w:vAlign w:val="center"/>
          </w:tcPr>
          <w:p w14:paraId="614941D1" w14:textId="77777777" w:rsidR="001B54C9" w:rsidRDefault="00C8706E">
            <w:r>
              <w:t>VINA completed?</w:t>
            </w:r>
          </w:p>
        </w:tc>
        <w:tc>
          <w:tcPr>
            <w:tcW w:w="6768" w:type="dxa"/>
            <w:tcMar>
              <w:top w:w="80" w:type="dxa"/>
              <w:left w:w="100" w:type="dxa"/>
              <w:bottom w:w="80" w:type="dxa"/>
              <w:right w:w="100" w:type="dxa"/>
            </w:tcMar>
            <w:vAlign w:val="center"/>
          </w:tcPr>
          <w:p w14:paraId="526EE9BC" w14:textId="77777777" w:rsidR="001B54C9" w:rsidRDefault="00C8706E">
            <w:r>
              <w:t>Yes. VINA recorded 06/01/2026 at 09:16.</w:t>
            </w:r>
          </w:p>
        </w:tc>
      </w:tr>
      <w:tr w:rsidR="001B54C9" w14:paraId="3E7F3D13" w14:textId="77777777">
        <w:trPr>
          <w:jc w:val="center"/>
        </w:trPr>
        <w:tc>
          <w:tcPr>
            <w:tcW w:w="2880" w:type="dxa"/>
            <w:shd w:val="clear" w:color="auto" w:fill="D9EAF7"/>
            <w:tcMar>
              <w:top w:w="80" w:type="dxa"/>
              <w:left w:w="100" w:type="dxa"/>
              <w:bottom w:w="80" w:type="dxa"/>
              <w:right w:w="100" w:type="dxa"/>
            </w:tcMar>
            <w:vAlign w:val="center"/>
          </w:tcPr>
          <w:p w14:paraId="004AE2A9" w14:textId="77777777" w:rsidR="001B54C9" w:rsidRDefault="00C8706E">
            <w:r>
              <w:t>Enhanced service required?</w:t>
            </w:r>
          </w:p>
        </w:tc>
        <w:tc>
          <w:tcPr>
            <w:tcW w:w="6768" w:type="dxa"/>
            <w:tcMar>
              <w:top w:w="80" w:type="dxa"/>
              <w:left w:w="100" w:type="dxa"/>
              <w:bottom w:w="80" w:type="dxa"/>
              <w:right w:w="100" w:type="dxa"/>
            </w:tcMar>
            <w:vAlign w:val="center"/>
          </w:tcPr>
          <w:p w14:paraId="53E620A5" w14:textId="77777777" w:rsidR="001B54C9" w:rsidRDefault="00C8706E">
            <w:r>
              <w:t>No. The VINA states that an enhanced service is not required.</w:t>
            </w:r>
          </w:p>
        </w:tc>
      </w:tr>
      <w:tr w:rsidR="001B54C9" w14:paraId="4ABBC2A8" w14:textId="77777777">
        <w:trPr>
          <w:jc w:val="center"/>
        </w:trPr>
        <w:tc>
          <w:tcPr>
            <w:tcW w:w="2880" w:type="dxa"/>
            <w:shd w:val="clear" w:color="auto" w:fill="D9EAF7"/>
            <w:tcMar>
              <w:top w:w="80" w:type="dxa"/>
              <w:left w:w="100" w:type="dxa"/>
              <w:bottom w:w="80" w:type="dxa"/>
              <w:right w:w="100" w:type="dxa"/>
            </w:tcMar>
            <w:vAlign w:val="center"/>
          </w:tcPr>
          <w:p w14:paraId="3256CFAE" w14:textId="77777777" w:rsidR="001B54C9" w:rsidRDefault="00C8706E">
            <w:r>
              <w:t>Assessment note</w:t>
            </w:r>
          </w:p>
        </w:tc>
        <w:tc>
          <w:tcPr>
            <w:tcW w:w="6768" w:type="dxa"/>
            <w:tcMar>
              <w:top w:w="80" w:type="dxa"/>
              <w:left w:w="100" w:type="dxa"/>
              <w:bottom w:w="80" w:type="dxa"/>
              <w:right w:w="100" w:type="dxa"/>
            </w:tcMar>
            <w:vAlign w:val="center"/>
          </w:tcPr>
          <w:p w14:paraId="476A0E84" w14:textId="77777777" w:rsidR="001B54C9" w:rsidRDefault="00C8706E">
            <w:r>
              <w:t>No vulnerabilities, intimidation or persistent targeting were recorded. Desired outcome remained to be ascertained.</w:t>
            </w:r>
          </w:p>
        </w:tc>
      </w:tr>
    </w:tbl>
    <w:p w14:paraId="202785AB"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697"/>
        <w:gridCol w:w="2701"/>
        <w:gridCol w:w="4758"/>
      </w:tblGrid>
      <w:tr w:rsidR="001B54C9" w14:paraId="6104155F" w14:textId="77777777">
        <w:trPr>
          <w:tblHeader/>
          <w:jc w:val="center"/>
        </w:trPr>
        <w:tc>
          <w:tcPr>
            <w:tcW w:w="3389" w:type="dxa"/>
            <w:shd w:val="clear" w:color="auto" w:fill="1F4E79"/>
            <w:tcMar>
              <w:top w:w="80" w:type="dxa"/>
              <w:left w:w="100" w:type="dxa"/>
              <w:bottom w:w="80" w:type="dxa"/>
              <w:right w:w="100" w:type="dxa"/>
            </w:tcMar>
            <w:vAlign w:val="center"/>
          </w:tcPr>
          <w:p w14:paraId="273FB469"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51F8D7F7"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528204EF" w14:textId="77777777" w:rsidR="001B54C9" w:rsidRDefault="00C8706E">
            <w:r>
              <w:rPr>
                <w:b/>
                <w:color w:val="FFFFFF"/>
              </w:rPr>
              <w:t>Action / contact</w:t>
            </w:r>
          </w:p>
        </w:tc>
      </w:tr>
      <w:tr w:rsidR="001B54C9" w14:paraId="61624B9A" w14:textId="77777777">
        <w:trPr>
          <w:jc w:val="center"/>
        </w:trPr>
        <w:tc>
          <w:tcPr>
            <w:tcW w:w="1699" w:type="dxa"/>
            <w:shd w:val="clear" w:color="auto" w:fill="EAF2F8"/>
            <w:tcMar>
              <w:top w:w="80" w:type="dxa"/>
              <w:left w:w="100" w:type="dxa"/>
              <w:bottom w:w="80" w:type="dxa"/>
              <w:right w:w="100" w:type="dxa"/>
            </w:tcMar>
            <w:vAlign w:val="center"/>
          </w:tcPr>
          <w:p w14:paraId="74B4C177" w14:textId="77777777" w:rsidR="001B54C9" w:rsidRDefault="00C8706E">
            <w:r>
              <w:t>21/11/2025 23:39-23:42</w:t>
            </w:r>
          </w:p>
        </w:tc>
        <w:tc>
          <w:tcPr>
            <w:tcW w:w="1757" w:type="dxa"/>
            <w:tcMar>
              <w:top w:w="80" w:type="dxa"/>
              <w:left w:w="100" w:type="dxa"/>
              <w:bottom w:w="80" w:type="dxa"/>
              <w:right w:w="100" w:type="dxa"/>
            </w:tcMar>
            <w:vAlign w:val="center"/>
          </w:tcPr>
          <w:p w14:paraId="556ED7E8" w14:textId="77777777" w:rsidR="001B54C9" w:rsidRDefault="00C8706E">
            <w:r>
              <w:t>Incident</w:t>
            </w:r>
          </w:p>
        </w:tc>
        <w:tc>
          <w:tcPr>
            <w:tcW w:w="6264" w:type="dxa"/>
            <w:tcMar>
              <w:top w:w="80" w:type="dxa"/>
              <w:left w:w="100" w:type="dxa"/>
              <w:bottom w:w="80" w:type="dxa"/>
              <w:right w:w="100" w:type="dxa"/>
            </w:tcMar>
            <w:vAlign w:val="center"/>
          </w:tcPr>
          <w:p w14:paraId="185DCBDB" w14:textId="77777777" w:rsidR="001B54C9" w:rsidRDefault="00C8706E">
            <w:r>
              <w:t>Threats, racist abuse and threats to damage the public house occurred.</w:t>
            </w:r>
          </w:p>
        </w:tc>
      </w:tr>
      <w:tr w:rsidR="001B54C9" w14:paraId="26027151" w14:textId="77777777">
        <w:trPr>
          <w:jc w:val="center"/>
        </w:trPr>
        <w:tc>
          <w:tcPr>
            <w:tcW w:w="1699" w:type="dxa"/>
            <w:shd w:val="clear" w:color="auto" w:fill="EAF2F8"/>
            <w:tcMar>
              <w:top w:w="80" w:type="dxa"/>
              <w:left w:w="100" w:type="dxa"/>
              <w:bottom w:w="80" w:type="dxa"/>
              <w:right w:w="100" w:type="dxa"/>
            </w:tcMar>
            <w:vAlign w:val="center"/>
          </w:tcPr>
          <w:p w14:paraId="12FB31E2" w14:textId="77777777" w:rsidR="001B54C9" w:rsidRDefault="00C8706E">
            <w:r>
              <w:t>05/01/2026 21:41</w:t>
            </w:r>
          </w:p>
        </w:tc>
        <w:tc>
          <w:tcPr>
            <w:tcW w:w="1757" w:type="dxa"/>
            <w:tcMar>
              <w:top w:w="80" w:type="dxa"/>
              <w:left w:w="100" w:type="dxa"/>
              <w:bottom w:w="80" w:type="dxa"/>
              <w:right w:w="100" w:type="dxa"/>
            </w:tcMar>
            <w:vAlign w:val="center"/>
          </w:tcPr>
          <w:p w14:paraId="49B563E6" w14:textId="77777777" w:rsidR="001B54C9" w:rsidRDefault="00C8706E">
            <w:r>
              <w:t>Record / Pronto</w:t>
            </w:r>
          </w:p>
        </w:tc>
        <w:tc>
          <w:tcPr>
            <w:tcW w:w="6264" w:type="dxa"/>
            <w:tcMar>
              <w:top w:w="80" w:type="dxa"/>
              <w:left w:w="100" w:type="dxa"/>
              <w:bottom w:w="80" w:type="dxa"/>
              <w:right w:w="100" w:type="dxa"/>
            </w:tcMar>
            <w:vAlign w:val="center"/>
          </w:tcPr>
          <w:p w14:paraId="4EC63C41" w14:textId="77777777" w:rsidR="001B54C9" w:rsidRDefault="00C8706E">
            <w:r>
              <w:t>Occurrence, initial plan, VCOP and portal opt-in recorded.</w:t>
            </w:r>
          </w:p>
        </w:tc>
      </w:tr>
      <w:tr w:rsidR="001B54C9" w14:paraId="7106CFAA" w14:textId="77777777">
        <w:trPr>
          <w:jc w:val="center"/>
        </w:trPr>
        <w:tc>
          <w:tcPr>
            <w:tcW w:w="1699" w:type="dxa"/>
            <w:shd w:val="clear" w:color="auto" w:fill="EAF2F8"/>
            <w:tcMar>
              <w:top w:w="80" w:type="dxa"/>
              <w:left w:w="100" w:type="dxa"/>
              <w:bottom w:w="80" w:type="dxa"/>
              <w:right w:w="100" w:type="dxa"/>
            </w:tcMar>
            <w:vAlign w:val="center"/>
          </w:tcPr>
          <w:p w14:paraId="46C1F2E3" w14:textId="77777777" w:rsidR="001B54C9" w:rsidRDefault="00C8706E">
            <w:r>
              <w:t>06/01/2026 01:55</w:t>
            </w:r>
          </w:p>
        </w:tc>
        <w:tc>
          <w:tcPr>
            <w:tcW w:w="1757" w:type="dxa"/>
            <w:tcMar>
              <w:top w:w="80" w:type="dxa"/>
              <w:left w:w="100" w:type="dxa"/>
              <w:bottom w:w="80" w:type="dxa"/>
              <w:right w:w="100" w:type="dxa"/>
            </w:tcMar>
            <w:vAlign w:val="center"/>
          </w:tcPr>
          <w:p w14:paraId="198FCCBA" w14:textId="77777777" w:rsidR="001B54C9" w:rsidRDefault="00C8706E">
            <w:r>
              <w:t>Internal search</w:t>
            </w:r>
          </w:p>
        </w:tc>
        <w:tc>
          <w:tcPr>
            <w:tcW w:w="6264" w:type="dxa"/>
            <w:tcMar>
              <w:top w:w="80" w:type="dxa"/>
              <w:left w:w="100" w:type="dxa"/>
              <w:bottom w:w="80" w:type="dxa"/>
              <w:right w:w="100" w:type="dxa"/>
            </w:tcMar>
            <w:vAlign w:val="center"/>
          </w:tcPr>
          <w:p w14:paraId="3CADC261" w14:textId="77777777" w:rsidR="001B54C9" w:rsidRDefault="00C8706E">
            <w:r>
              <w:t>QA recorded inability to locate the original deployment log.</w:t>
            </w:r>
          </w:p>
        </w:tc>
      </w:tr>
      <w:tr w:rsidR="001B54C9" w14:paraId="0231AADF" w14:textId="77777777">
        <w:trPr>
          <w:jc w:val="center"/>
        </w:trPr>
        <w:tc>
          <w:tcPr>
            <w:tcW w:w="1699" w:type="dxa"/>
            <w:shd w:val="clear" w:color="auto" w:fill="EAF2F8"/>
            <w:tcMar>
              <w:top w:w="80" w:type="dxa"/>
              <w:left w:w="100" w:type="dxa"/>
              <w:bottom w:w="80" w:type="dxa"/>
              <w:right w:w="100" w:type="dxa"/>
            </w:tcMar>
            <w:vAlign w:val="center"/>
          </w:tcPr>
          <w:p w14:paraId="2D599117" w14:textId="77777777" w:rsidR="001B54C9" w:rsidRDefault="00C8706E">
            <w:r>
              <w:t>06/01/2026 09:16-09:18</w:t>
            </w:r>
          </w:p>
        </w:tc>
        <w:tc>
          <w:tcPr>
            <w:tcW w:w="1757" w:type="dxa"/>
            <w:tcMar>
              <w:top w:w="80" w:type="dxa"/>
              <w:left w:w="100" w:type="dxa"/>
              <w:bottom w:w="80" w:type="dxa"/>
              <w:right w:w="100" w:type="dxa"/>
            </w:tcMar>
            <w:vAlign w:val="center"/>
          </w:tcPr>
          <w:p w14:paraId="601FDB39" w14:textId="77777777" w:rsidR="001B54C9" w:rsidRDefault="00C8706E">
            <w:r>
              <w:t>Record entry</w:t>
            </w:r>
          </w:p>
        </w:tc>
        <w:tc>
          <w:tcPr>
            <w:tcW w:w="6264" w:type="dxa"/>
            <w:tcMar>
              <w:top w:w="80" w:type="dxa"/>
              <w:left w:w="100" w:type="dxa"/>
              <w:bottom w:w="80" w:type="dxa"/>
              <w:right w:w="100" w:type="dxa"/>
            </w:tcMar>
            <w:vAlign w:val="center"/>
          </w:tcPr>
          <w:p w14:paraId="4129F891" w14:textId="77777777" w:rsidR="001B54C9" w:rsidRDefault="00C8706E">
            <w:r>
              <w:t xml:space="preserve">VINA completed; CMU allocated to South Urban NPT and </w:t>
            </w:r>
            <w:r>
              <w:lastRenderedPageBreak/>
              <w:t>set CCTV, statement and suspect arrest actions.</w:t>
            </w:r>
          </w:p>
        </w:tc>
      </w:tr>
      <w:tr w:rsidR="001B54C9" w14:paraId="0B6B38A5" w14:textId="77777777">
        <w:trPr>
          <w:jc w:val="center"/>
        </w:trPr>
        <w:tc>
          <w:tcPr>
            <w:tcW w:w="1699" w:type="dxa"/>
            <w:shd w:val="clear" w:color="auto" w:fill="EAF2F8"/>
            <w:tcMar>
              <w:top w:w="80" w:type="dxa"/>
              <w:left w:w="100" w:type="dxa"/>
              <w:bottom w:w="80" w:type="dxa"/>
              <w:right w:w="100" w:type="dxa"/>
            </w:tcMar>
            <w:vAlign w:val="center"/>
          </w:tcPr>
          <w:p w14:paraId="4674D878" w14:textId="77777777" w:rsidR="001B54C9" w:rsidRDefault="00C8706E">
            <w:r>
              <w:lastRenderedPageBreak/>
              <w:t>06/01/2026 16:35-16:57</w:t>
            </w:r>
          </w:p>
        </w:tc>
        <w:tc>
          <w:tcPr>
            <w:tcW w:w="1757" w:type="dxa"/>
            <w:tcMar>
              <w:top w:w="80" w:type="dxa"/>
              <w:left w:w="100" w:type="dxa"/>
              <w:bottom w:w="80" w:type="dxa"/>
              <w:right w:w="100" w:type="dxa"/>
            </w:tcMar>
            <w:vAlign w:val="center"/>
          </w:tcPr>
          <w:p w14:paraId="0BA15AED" w14:textId="77777777" w:rsidR="001B54C9" w:rsidRDefault="00C8706E">
            <w:r>
              <w:t>In-person supervisor review / record entry</w:t>
            </w:r>
          </w:p>
        </w:tc>
        <w:tc>
          <w:tcPr>
            <w:tcW w:w="6264" w:type="dxa"/>
            <w:tcMar>
              <w:top w:w="80" w:type="dxa"/>
              <w:left w:w="100" w:type="dxa"/>
              <w:bottom w:w="80" w:type="dxa"/>
              <w:right w:w="100" w:type="dxa"/>
            </w:tcMar>
            <w:vAlign w:val="center"/>
          </w:tcPr>
          <w:p w14:paraId="4829ECB8" w14:textId="77777777" w:rsidR="001B54C9" w:rsidRDefault="00C8706E">
            <w:r>
              <w:t>Supervisor reviewed with OIC present; investigation and safeguarding plans recorded.</w:t>
            </w:r>
          </w:p>
        </w:tc>
      </w:tr>
      <w:tr w:rsidR="001B54C9" w14:paraId="6962203D" w14:textId="77777777">
        <w:trPr>
          <w:jc w:val="center"/>
        </w:trPr>
        <w:tc>
          <w:tcPr>
            <w:tcW w:w="1699" w:type="dxa"/>
            <w:shd w:val="clear" w:color="auto" w:fill="EAF2F8"/>
            <w:tcMar>
              <w:top w:w="80" w:type="dxa"/>
              <w:left w:w="100" w:type="dxa"/>
              <w:bottom w:w="80" w:type="dxa"/>
              <w:right w:w="100" w:type="dxa"/>
            </w:tcMar>
            <w:vAlign w:val="center"/>
          </w:tcPr>
          <w:p w14:paraId="2B68D7B4" w14:textId="77777777" w:rsidR="001B54C9" w:rsidRDefault="00C8706E">
            <w:r>
              <w:t>06/01/2026 20:56</w:t>
            </w:r>
          </w:p>
        </w:tc>
        <w:tc>
          <w:tcPr>
            <w:tcW w:w="1757" w:type="dxa"/>
            <w:tcMar>
              <w:top w:w="80" w:type="dxa"/>
              <w:left w:w="100" w:type="dxa"/>
              <w:bottom w:w="80" w:type="dxa"/>
              <w:right w:w="100" w:type="dxa"/>
            </w:tcMar>
            <w:vAlign w:val="center"/>
          </w:tcPr>
          <w:p w14:paraId="7027CBFC" w14:textId="77777777" w:rsidR="001B54C9" w:rsidRDefault="00C8706E">
            <w:r>
              <w:t>Record entry</w:t>
            </w:r>
          </w:p>
        </w:tc>
        <w:tc>
          <w:tcPr>
            <w:tcW w:w="6264" w:type="dxa"/>
            <w:tcMar>
              <w:top w:w="80" w:type="dxa"/>
              <w:left w:w="100" w:type="dxa"/>
              <w:bottom w:w="80" w:type="dxa"/>
              <w:right w:w="100" w:type="dxa"/>
            </w:tcMar>
            <w:vAlign w:val="center"/>
          </w:tcPr>
          <w:p w14:paraId="41C97A35" w14:textId="77777777" w:rsidR="001B54C9" w:rsidRDefault="00C8706E">
            <w:r>
              <w:t>Statement covering linked incidents recorded; subsequent comments by suspect to pub staff noted.</w:t>
            </w:r>
          </w:p>
        </w:tc>
      </w:tr>
      <w:tr w:rsidR="001B54C9" w14:paraId="2888ECA9" w14:textId="77777777">
        <w:trPr>
          <w:jc w:val="center"/>
        </w:trPr>
        <w:tc>
          <w:tcPr>
            <w:tcW w:w="1699" w:type="dxa"/>
            <w:shd w:val="clear" w:color="auto" w:fill="EAF2F8"/>
            <w:tcMar>
              <w:top w:w="80" w:type="dxa"/>
              <w:left w:w="100" w:type="dxa"/>
              <w:bottom w:w="80" w:type="dxa"/>
              <w:right w:w="100" w:type="dxa"/>
            </w:tcMar>
            <w:vAlign w:val="center"/>
          </w:tcPr>
          <w:p w14:paraId="747BADF5" w14:textId="77777777" w:rsidR="001B54C9" w:rsidRDefault="00C8706E">
            <w:r>
              <w:t>07/01/2026 17:11-17:25</w:t>
            </w:r>
          </w:p>
        </w:tc>
        <w:tc>
          <w:tcPr>
            <w:tcW w:w="1757" w:type="dxa"/>
            <w:tcMar>
              <w:top w:w="80" w:type="dxa"/>
              <w:left w:w="100" w:type="dxa"/>
              <w:bottom w:w="80" w:type="dxa"/>
              <w:right w:w="100" w:type="dxa"/>
            </w:tcMar>
            <w:vAlign w:val="center"/>
          </w:tcPr>
          <w:p w14:paraId="47CD7C20" w14:textId="77777777" w:rsidR="001B54C9" w:rsidRDefault="00C8706E">
            <w:r>
              <w:t>Email and SMS, automated</w:t>
            </w:r>
          </w:p>
        </w:tc>
        <w:tc>
          <w:tcPr>
            <w:tcW w:w="6264" w:type="dxa"/>
            <w:tcMar>
              <w:top w:w="80" w:type="dxa"/>
              <w:left w:w="100" w:type="dxa"/>
              <w:bottom w:w="80" w:type="dxa"/>
              <w:right w:w="100" w:type="dxa"/>
            </w:tcMar>
            <w:vAlign w:val="center"/>
          </w:tcPr>
          <w:p w14:paraId="311FB5A9" w14:textId="77777777" w:rsidR="001B54C9" w:rsidRDefault="00C8706E">
            <w:r>
              <w:t>Allocation updates sent.</w:t>
            </w:r>
          </w:p>
        </w:tc>
      </w:tr>
      <w:tr w:rsidR="001B54C9" w14:paraId="4A4746EF" w14:textId="77777777">
        <w:trPr>
          <w:jc w:val="center"/>
        </w:trPr>
        <w:tc>
          <w:tcPr>
            <w:tcW w:w="1699" w:type="dxa"/>
            <w:shd w:val="clear" w:color="auto" w:fill="EAF2F8"/>
            <w:tcMar>
              <w:top w:w="80" w:type="dxa"/>
              <w:left w:w="100" w:type="dxa"/>
              <w:bottom w:w="80" w:type="dxa"/>
              <w:right w:w="100" w:type="dxa"/>
            </w:tcMar>
            <w:vAlign w:val="center"/>
          </w:tcPr>
          <w:p w14:paraId="27EBE830" w14:textId="77777777" w:rsidR="001B54C9" w:rsidRDefault="00C8706E">
            <w:r>
              <w:t>11/01/2026 19:36-19:48</w:t>
            </w:r>
          </w:p>
        </w:tc>
        <w:tc>
          <w:tcPr>
            <w:tcW w:w="1757" w:type="dxa"/>
            <w:tcMar>
              <w:top w:w="80" w:type="dxa"/>
              <w:left w:w="100" w:type="dxa"/>
              <w:bottom w:w="80" w:type="dxa"/>
              <w:right w:w="100" w:type="dxa"/>
            </w:tcMar>
            <w:vAlign w:val="center"/>
          </w:tcPr>
          <w:p w14:paraId="20373648" w14:textId="77777777" w:rsidR="001B54C9" w:rsidRDefault="00C8706E">
            <w:r>
              <w:t>Recorded interview</w:t>
            </w:r>
          </w:p>
        </w:tc>
        <w:tc>
          <w:tcPr>
            <w:tcW w:w="6264" w:type="dxa"/>
            <w:tcMar>
              <w:top w:w="80" w:type="dxa"/>
              <w:left w:w="100" w:type="dxa"/>
              <w:bottom w:w="80" w:type="dxa"/>
              <w:right w:w="100" w:type="dxa"/>
            </w:tcMar>
            <w:vAlign w:val="center"/>
          </w:tcPr>
          <w:p w14:paraId="012A2E85" w14:textId="77777777" w:rsidR="001B54C9" w:rsidRDefault="00C8706E">
            <w:r>
              <w:t>Suspect interviewed under caution, admitted being present and arguing but denied threats, racist comments and arranging damage.</w:t>
            </w:r>
          </w:p>
        </w:tc>
      </w:tr>
      <w:tr w:rsidR="001B54C9" w14:paraId="747DA7AC" w14:textId="77777777">
        <w:trPr>
          <w:jc w:val="center"/>
        </w:trPr>
        <w:tc>
          <w:tcPr>
            <w:tcW w:w="1699" w:type="dxa"/>
            <w:shd w:val="clear" w:color="auto" w:fill="EAF2F8"/>
            <w:tcMar>
              <w:top w:w="80" w:type="dxa"/>
              <w:left w:w="100" w:type="dxa"/>
              <w:bottom w:w="80" w:type="dxa"/>
              <w:right w:w="100" w:type="dxa"/>
            </w:tcMar>
            <w:vAlign w:val="center"/>
          </w:tcPr>
          <w:p w14:paraId="2B791585" w14:textId="77777777" w:rsidR="001B54C9" w:rsidRDefault="00C8706E">
            <w:r>
              <w:t>11/01/2026 22:42</w:t>
            </w:r>
          </w:p>
        </w:tc>
        <w:tc>
          <w:tcPr>
            <w:tcW w:w="1757" w:type="dxa"/>
            <w:tcMar>
              <w:top w:w="80" w:type="dxa"/>
              <w:left w:w="100" w:type="dxa"/>
              <w:bottom w:w="80" w:type="dxa"/>
              <w:right w:w="100" w:type="dxa"/>
            </w:tcMar>
            <w:vAlign w:val="center"/>
          </w:tcPr>
          <w:p w14:paraId="5F3B5453" w14:textId="77777777" w:rsidR="001B54C9" w:rsidRDefault="00C8706E">
            <w:r>
              <w:t>Mobile telephone</w:t>
            </w:r>
          </w:p>
        </w:tc>
        <w:tc>
          <w:tcPr>
            <w:tcW w:w="6264" w:type="dxa"/>
            <w:tcMar>
              <w:top w:w="80" w:type="dxa"/>
              <w:left w:w="100" w:type="dxa"/>
              <w:bottom w:w="80" w:type="dxa"/>
              <w:right w:w="100" w:type="dxa"/>
            </w:tcMar>
            <w:vAlign w:val="center"/>
          </w:tcPr>
          <w:p w14:paraId="021ED929" w14:textId="77777777" w:rsidR="001B54C9" w:rsidRDefault="00C8706E">
            <w:r>
              <w:t>Partner updated on bail/CPS referral and NFA on damage; she agreed to update the victim.</w:t>
            </w:r>
          </w:p>
        </w:tc>
      </w:tr>
      <w:tr w:rsidR="001B54C9" w14:paraId="44078889" w14:textId="77777777">
        <w:trPr>
          <w:jc w:val="center"/>
        </w:trPr>
        <w:tc>
          <w:tcPr>
            <w:tcW w:w="1699" w:type="dxa"/>
            <w:shd w:val="clear" w:color="auto" w:fill="EAF2F8"/>
            <w:tcMar>
              <w:top w:w="80" w:type="dxa"/>
              <w:left w:w="100" w:type="dxa"/>
              <w:bottom w:w="80" w:type="dxa"/>
              <w:right w:w="100" w:type="dxa"/>
            </w:tcMar>
            <w:vAlign w:val="center"/>
          </w:tcPr>
          <w:p w14:paraId="13967105" w14:textId="77777777" w:rsidR="001B54C9" w:rsidRDefault="00C8706E">
            <w:r>
              <w:t>20/01/2026</w:t>
            </w:r>
          </w:p>
        </w:tc>
        <w:tc>
          <w:tcPr>
            <w:tcW w:w="1757" w:type="dxa"/>
            <w:tcMar>
              <w:top w:w="80" w:type="dxa"/>
              <w:left w:w="100" w:type="dxa"/>
              <w:bottom w:w="80" w:type="dxa"/>
              <w:right w:w="100" w:type="dxa"/>
            </w:tcMar>
            <w:vAlign w:val="center"/>
          </w:tcPr>
          <w:p w14:paraId="0D7A76DB" w14:textId="77777777" w:rsidR="001B54C9" w:rsidRDefault="00C8706E">
            <w:r>
              <w:t>Supervisor review</w:t>
            </w:r>
          </w:p>
        </w:tc>
        <w:tc>
          <w:tcPr>
            <w:tcW w:w="6264" w:type="dxa"/>
            <w:tcMar>
              <w:top w:w="80" w:type="dxa"/>
              <w:left w:w="100" w:type="dxa"/>
              <w:bottom w:w="80" w:type="dxa"/>
              <w:right w:w="100" w:type="dxa"/>
            </w:tcMar>
            <w:vAlign w:val="center"/>
          </w:tcPr>
          <w:p w14:paraId="2E2E5F37" w14:textId="77777777" w:rsidR="001B54C9" w:rsidRDefault="00C8706E">
            <w:r>
              <w:t>Evidence reviewed; CPS referral directed.</w:t>
            </w:r>
          </w:p>
        </w:tc>
      </w:tr>
      <w:tr w:rsidR="001B54C9" w14:paraId="5BC9CBFA" w14:textId="77777777">
        <w:trPr>
          <w:jc w:val="center"/>
        </w:trPr>
        <w:tc>
          <w:tcPr>
            <w:tcW w:w="1699" w:type="dxa"/>
            <w:shd w:val="clear" w:color="auto" w:fill="EAF2F8"/>
            <w:tcMar>
              <w:top w:w="80" w:type="dxa"/>
              <w:left w:w="100" w:type="dxa"/>
              <w:bottom w:w="80" w:type="dxa"/>
              <w:right w:w="100" w:type="dxa"/>
            </w:tcMar>
            <w:vAlign w:val="center"/>
          </w:tcPr>
          <w:p w14:paraId="700DDB84" w14:textId="77777777" w:rsidR="001B54C9" w:rsidRDefault="00C8706E">
            <w:r>
              <w:t>22/01/2026 08:10-08:24</w:t>
            </w:r>
          </w:p>
        </w:tc>
        <w:tc>
          <w:tcPr>
            <w:tcW w:w="1757" w:type="dxa"/>
            <w:tcMar>
              <w:top w:w="80" w:type="dxa"/>
              <w:left w:w="100" w:type="dxa"/>
              <w:bottom w:w="80" w:type="dxa"/>
              <w:right w:w="100" w:type="dxa"/>
            </w:tcMar>
            <w:vAlign w:val="center"/>
          </w:tcPr>
          <w:p w14:paraId="5EAB386F" w14:textId="77777777" w:rsidR="001B54C9" w:rsidRDefault="00C8706E">
            <w:r>
              <w:t>Email and SMS, automated</w:t>
            </w:r>
          </w:p>
        </w:tc>
        <w:tc>
          <w:tcPr>
            <w:tcW w:w="6264" w:type="dxa"/>
            <w:tcMar>
              <w:top w:w="80" w:type="dxa"/>
              <w:left w:w="100" w:type="dxa"/>
              <w:bottom w:w="80" w:type="dxa"/>
              <w:right w:w="100" w:type="dxa"/>
            </w:tcMar>
            <w:vAlign w:val="center"/>
          </w:tcPr>
          <w:p w14:paraId="69A0E04D" w14:textId="77777777" w:rsidR="001B54C9" w:rsidRDefault="00C8706E">
            <w:r>
              <w:t>Reassignment update sent.</w:t>
            </w:r>
          </w:p>
        </w:tc>
      </w:tr>
      <w:tr w:rsidR="001B54C9" w14:paraId="72518ECE" w14:textId="77777777">
        <w:trPr>
          <w:jc w:val="center"/>
        </w:trPr>
        <w:tc>
          <w:tcPr>
            <w:tcW w:w="1699" w:type="dxa"/>
            <w:shd w:val="clear" w:color="auto" w:fill="EAF2F8"/>
            <w:tcMar>
              <w:top w:w="80" w:type="dxa"/>
              <w:left w:w="100" w:type="dxa"/>
              <w:bottom w:w="80" w:type="dxa"/>
              <w:right w:w="100" w:type="dxa"/>
            </w:tcMar>
            <w:vAlign w:val="center"/>
          </w:tcPr>
          <w:p w14:paraId="67A32623" w14:textId="77777777" w:rsidR="001B54C9" w:rsidRDefault="00C8706E">
            <w:r>
              <w:t>04/02/2026 18:06</w:t>
            </w:r>
          </w:p>
        </w:tc>
        <w:tc>
          <w:tcPr>
            <w:tcW w:w="1757" w:type="dxa"/>
            <w:tcMar>
              <w:top w:w="80" w:type="dxa"/>
              <w:left w:w="100" w:type="dxa"/>
              <w:bottom w:w="80" w:type="dxa"/>
              <w:right w:w="100" w:type="dxa"/>
            </w:tcMar>
            <w:vAlign w:val="center"/>
          </w:tcPr>
          <w:p w14:paraId="78FAF144" w14:textId="77777777" w:rsidR="001B54C9" w:rsidRDefault="00C8706E">
            <w:r>
              <w:t>Mobile telephone</w:t>
            </w:r>
          </w:p>
        </w:tc>
        <w:tc>
          <w:tcPr>
            <w:tcW w:w="6264" w:type="dxa"/>
            <w:tcMar>
              <w:top w:w="80" w:type="dxa"/>
              <w:left w:w="100" w:type="dxa"/>
              <w:bottom w:w="80" w:type="dxa"/>
              <w:right w:w="100" w:type="dxa"/>
            </w:tcMar>
            <w:vAlign w:val="center"/>
          </w:tcPr>
          <w:p w14:paraId="4E06B4C3" w14:textId="77777777" w:rsidR="001B54C9" w:rsidRDefault="00C8706E">
            <w:r>
              <w:t>Attempted victim update; call reached unavailable message.</w:t>
            </w:r>
          </w:p>
        </w:tc>
      </w:tr>
      <w:tr w:rsidR="001B54C9" w14:paraId="0EA51993" w14:textId="77777777">
        <w:trPr>
          <w:jc w:val="center"/>
        </w:trPr>
        <w:tc>
          <w:tcPr>
            <w:tcW w:w="1699" w:type="dxa"/>
            <w:shd w:val="clear" w:color="auto" w:fill="EAF2F8"/>
            <w:tcMar>
              <w:top w:w="80" w:type="dxa"/>
              <w:left w:w="100" w:type="dxa"/>
              <w:bottom w:w="80" w:type="dxa"/>
              <w:right w:w="100" w:type="dxa"/>
            </w:tcMar>
            <w:vAlign w:val="center"/>
          </w:tcPr>
          <w:p w14:paraId="3DE0593E" w14:textId="77777777" w:rsidR="001B54C9" w:rsidRDefault="00C8706E">
            <w:r>
              <w:t>06/02/2026</w:t>
            </w:r>
          </w:p>
        </w:tc>
        <w:tc>
          <w:tcPr>
            <w:tcW w:w="1757" w:type="dxa"/>
            <w:tcMar>
              <w:top w:w="80" w:type="dxa"/>
              <w:left w:w="100" w:type="dxa"/>
              <w:bottom w:w="80" w:type="dxa"/>
              <w:right w:w="100" w:type="dxa"/>
            </w:tcMar>
            <w:vAlign w:val="center"/>
          </w:tcPr>
          <w:p w14:paraId="62CC6248" w14:textId="77777777" w:rsidR="001B54C9" w:rsidRDefault="00C8706E">
            <w:r>
              <w:t>In-person supervisor review</w:t>
            </w:r>
          </w:p>
        </w:tc>
        <w:tc>
          <w:tcPr>
            <w:tcW w:w="6264" w:type="dxa"/>
            <w:tcMar>
              <w:top w:w="80" w:type="dxa"/>
              <w:left w:w="100" w:type="dxa"/>
              <w:bottom w:w="80" w:type="dxa"/>
              <w:right w:w="100" w:type="dxa"/>
            </w:tcMar>
            <w:vAlign w:val="center"/>
          </w:tcPr>
          <w:p w14:paraId="55E35E4A" w14:textId="77777777" w:rsidR="001B54C9" w:rsidRDefault="00C8706E">
            <w:r>
              <w:t>Case progress, evidence and CPS referral reviewed; allocation issue considered.</w:t>
            </w:r>
          </w:p>
        </w:tc>
      </w:tr>
      <w:tr w:rsidR="001B54C9" w14:paraId="08C322A1" w14:textId="77777777">
        <w:trPr>
          <w:jc w:val="center"/>
        </w:trPr>
        <w:tc>
          <w:tcPr>
            <w:tcW w:w="1699" w:type="dxa"/>
            <w:shd w:val="clear" w:color="auto" w:fill="EAF2F8"/>
            <w:tcMar>
              <w:top w:w="80" w:type="dxa"/>
              <w:left w:w="100" w:type="dxa"/>
              <w:bottom w:w="80" w:type="dxa"/>
              <w:right w:w="100" w:type="dxa"/>
            </w:tcMar>
            <w:vAlign w:val="center"/>
          </w:tcPr>
          <w:p w14:paraId="6ED2C3F6" w14:textId="77777777" w:rsidR="001B54C9" w:rsidRDefault="00C8706E">
            <w:r>
              <w:t>04/03/2026</w:t>
            </w:r>
          </w:p>
        </w:tc>
        <w:tc>
          <w:tcPr>
            <w:tcW w:w="1757" w:type="dxa"/>
            <w:tcMar>
              <w:top w:w="80" w:type="dxa"/>
              <w:left w:w="100" w:type="dxa"/>
              <w:bottom w:w="80" w:type="dxa"/>
              <w:right w:w="100" w:type="dxa"/>
            </w:tcMar>
            <w:vAlign w:val="center"/>
          </w:tcPr>
          <w:p w14:paraId="26B4B0FA" w14:textId="77777777" w:rsidR="001B54C9" w:rsidRDefault="00C8706E">
            <w:r>
              <w:t>Email and SMS, automated</w:t>
            </w:r>
          </w:p>
        </w:tc>
        <w:tc>
          <w:tcPr>
            <w:tcW w:w="6264" w:type="dxa"/>
            <w:tcMar>
              <w:top w:w="80" w:type="dxa"/>
              <w:left w:w="100" w:type="dxa"/>
              <w:bottom w:w="80" w:type="dxa"/>
              <w:right w:w="100" w:type="dxa"/>
            </w:tcMar>
            <w:vAlign w:val="center"/>
          </w:tcPr>
          <w:p w14:paraId="7CF61CFD" w14:textId="77777777" w:rsidR="001B54C9" w:rsidRDefault="00C8706E">
            <w:r>
              <w:t>Investigation updates sent.</w:t>
            </w:r>
          </w:p>
        </w:tc>
      </w:tr>
      <w:tr w:rsidR="001B54C9" w14:paraId="29242667" w14:textId="77777777">
        <w:trPr>
          <w:jc w:val="center"/>
        </w:trPr>
        <w:tc>
          <w:tcPr>
            <w:tcW w:w="1699" w:type="dxa"/>
            <w:shd w:val="clear" w:color="auto" w:fill="EAF2F8"/>
            <w:tcMar>
              <w:top w:w="80" w:type="dxa"/>
              <w:left w:w="100" w:type="dxa"/>
              <w:bottom w:w="80" w:type="dxa"/>
              <w:right w:w="100" w:type="dxa"/>
            </w:tcMar>
            <w:vAlign w:val="center"/>
          </w:tcPr>
          <w:p w14:paraId="411432C2" w14:textId="77777777" w:rsidR="001B54C9" w:rsidRDefault="00C8706E">
            <w:r>
              <w:t>09/03/2026 09:40</w:t>
            </w:r>
          </w:p>
        </w:tc>
        <w:tc>
          <w:tcPr>
            <w:tcW w:w="1757" w:type="dxa"/>
            <w:tcMar>
              <w:top w:w="80" w:type="dxa"/>
              <w:left w:w="100" w:type="dxa"/>
              <w:bottom w:w="80" w:type="dxa"/>
              <w:right w:w="100" w:type="dxa"/>
            </w:tcMar>
            <w:vAlign w:val="center"/>
          </w:tcPr>
          <w:p w14:paraId="3EEC2620" w14:textId="77777777" w:rsidR="001B54C9" w:rsidRDefault="00C8706E">
            <w:r>
              <w:t>Mobile telephone</w:t>
            </w:r>
          </w:p>
        </w:tc>
        <w:tc>
          <w:tcPr>
            <w:tcW w:w="6264" w:type="dxa"/>
            <w:tcMar>
              <w:top w:w="80" w:type="dxa"/>
              <w:left w:w="100" w:type="dxa"/>
              <w:bottom w:w="80" w:type="dxa"/>
              <w:right w:w="100" w:type="dxa"/>
            </w:tcMar>
            <w:vAlign w:val="center"/>
          </w:tcPr>
          <w:p w14:paraId="047F77D0" w14:textId="77777777" w:rsidR="001B54C9" w:rsidRDefault="00C8706E">
            <w:r>
              <w:t>Victim told matter would be referred to CPS and agreed to await charging decision.</w:t>
            </w:r>
          </w:p>
        </w:tc>
      </w:tr>
      <w:tr w:rsidR="001B54C9" w14:paraId="39382690" w14:textId="77777777">
        <w:trPr>
          <w:jc w:val="center"/>
        </w:trPr>
        <w:tc>
          <w:tcPr>
            <w:tcW w:w="1699" w:type="dxa"/>
            <w:shd w:val="clear" w:color="auto" w:fill="EAF2F8"/>
            <w:tcMar>
              <w:top w:w="80" w:type="dxa"/>
              <w:left w:w="100" w:type="dxa"/>
              <w:bottom w:w="80" w:type="dxa"/>
              <w:right w:w="100" w:type="dxa"/>
            </w:tcMar>
            <w:vAlign w:val="center"/>
          </w:tcPr>
          <w:p w14:paraId="6AE20DF7" w14:textId="77777777" w:rsidR="001B54C9" w:rsidRDefault="00C8706E">
            <w:r>
              <w:t>06-10/04/2026</w:t>
            </w:r>
          </w:p>
        </w:tc>
        <w:tc>
          <w:tcPr>
            <w:tcW w:w="1757" w:type="dxa"/>
            <w:tcMar>
              <w:top w:w="80" w:type="dxa"/>
              <w:left w:w="100" w:type="dxa"/>
              <w:bottom w:w="80" w:type="dxa"/>
              <w:right w:w="100" w:type="dxa"/>
            </w:tcMar>
            <w:vAlign w:val="center"/>
          </w:tcPr>
          <w:p w14:paraId="7D3EA0AE" w14:textId="77777777" w:rsidR="001B54C9" w:rsidRDefault="00C8706E">
            <w:r>
              <w:t>Email / case submission</w:t>
            </w:r>
          </w:p>
        </w:tc>
        <w:tc>
          <w:tcPr>
            <w:tcW w:w="6264" w:type="dxa"/>
            <w:tcMar>
              <w:top w:w="80" w:type="dxa"/>
              <w:left w:w="100" w:type="dxa"/>
              <w:bottom w:w="80" w:type="dxa"/>
              <w:right w:w="100" w:type="dxa"/>
            </w:tcMar>
            <w:vAlign w:val="center"/>
          </w:tcPr>
          <w:p w14:paraId="66A73F66" w14:textId="77777777" w:rsidR="001B54C9" w:rsidRDefault="00C8706E">
            <w:r>
              <w:t>Automated email update sent; call log redacted and added; case submitted for pre-charge decision on 08/04.</w:t>
            </w:r>
          </w:p>
        </w:tc>
      </w:tr>
      <w:tr w:rsidR="001B54C9" w14:paraId="527F0E89" w14:textId="77777777">
        <w:trPr>
          <w:jc w:val="center"/>
        </w:trPr>
        <w:tc>
          <w:tcPr>
            <w:tcW w:w="1699" w:type="dxa"/>
            <w:shd w:val="clear" w:color="auto" w:fill="EAF2F8"/>
            <w:tcMar>
              <w:top w:w="80" w:type="dxa"/>
              <w:left w:w="100" w:type="dxa"/>
              <w:bottom w:w="80" w:type="dxa"/>
              <w:right w:w="100" w:type="dxa"/>
            </w:tcMar>
            <w:vAlign w:val="center"/>
          </w:tcPr>
          <w:p w14:paraId="3A2C3B7A" w14:textId="77777777" w:rsidR="001B54C9" w:rsidRDefault="00C8706E">
            <w:r>
              <w:t>01/05/2026</w:t>
            </w:r>
          </w:p>
        </w:tc>
        <w:tc>
          <w:tcPr>
            <w:tcW w:w="1757" w:type="dxa"/>
            <w:tcMar>
              <w:top w:w="80" w:type="dxa"/>
              <w:left w:w="100" w:type="dxa"/>
              <w:bottom w:w="80" w:type="dxa"/>
              <w:right w:w="100" w:type="dxa"/>
            </w:tcMar>
            <w:vAlign w:val="center"/>
          </w:tcPr>
          <w:p w14:paraId="4DF29701" w14:textId="77777777" w:rsidR="001B54C9" w:rsidRDefault="00C8706E">
            <w:r>
              <w:t>Method not recorded</w:t>
            </w:r>
          </w:p>
        </w:tc>
        <w:tc>
          <w:tcPr>
            <w:tcW w:w="6264" w:type="dxa"/>
            <w:tcMar>
              <w:top w:w="80" w:type="dxa"/>
              <w:left w:w="100" w:type="dxa"/>
              <w:bottom w:w="80" w:type="dxa"/>
              <w:right w:w="100" w:type="dxa"/>
            </w:tcMar>
            <w:vAlign w:val="center"/>
          </w:tcPr>
          <w:p w14:paraId="6E97D97A" w14:textId="77777777" w:rsidR="001B54C9" w:rsidRDefault="00C8706E">
            <w:r>
              <w:t>Victim recorded as aware of CPS referral.</w:t>
            </w:r>
          </w:p>
        </w:tc>
      </w:tr>
      <w:tr w:rsidR="001B54C9" w14:paraId="78662150" w14:textId="77777777">
        <w:trPr>
          <w:jc w:val="center"/>
        </w:trPr>
        <w:tc>
          <w:tcPr>
            <w:tcW w:w="1699" w:type="dxa"/>
            <w:shd w:val="clear" w:color="auto" w:fill="EAF2F8"/>
            <w:tcMar>
              <w:top w:w="80" w:type="dxa"/>
              <w:left w:w="100" w:type="dxa"/>
              <w:bottom w:w="80" w:type="dxa"/>
              <w:right w:w="100" w:type="dxa"/>
            </w:tcMar>
            <w:vAlign w:val="center"/>
          </w:tcPr>
          <w:p w14:paraId="6F5D894A" w14:textId="77777777" w:rsidR="001B54C9" w:rsidRDefault="00C8706E">
            <w:r>
              <w:t>09/05/2026 17:55-18:03</w:t>
            </w:r>
          </w:p>
        </w:tc>
        <w:tc>
          <w:tcPr>
            <w:tcW w:w="1757" w:type="dxa"/>
            <w:tcMar>
              <w:top w:w="80" w:type="dxa"/>
              <w:left w:w="100" w:type="dxa"/>
              <w:bottom w:w="80" w:type="dxa"/>
              <w:right w:w="100" w:type="dxa"/>
            </w:tcMar>
            <w:vAlign w:val="center"/>
          </w:tcPr>
          <w:p w14:paraId="7268CED2" w14:textId="77777777" w:rsidR="001B54C9" w:rsidRDefault="00C8706E">
            <w:r>
              <w:t>CPS decision / mobile telephone</w:t>
            </w:r>
          </w:p>
        </w:tc>
        <w:tc>
          <w:tcPr>
            <w:tcW w:w="6264" w:type="dxa"/>
            <w:tcMar>
              <w:top w:w="80" w:type="dxa"/>
              <w:left w:w="100" w:type="dxa"/>
              <w:bottom w:w="80" w:type="dxa"/>
              <w:right w:w="100" w:type="dxa"/>
            </w:tcMar>
            <w:vAlign w:val="center"/>
          </w:tcPr>
          <w:p w14:paraId="39D340B5" w14:textId="77777777" w:rsidR="001B54C9" w:rsidRDefault="00C8706E">
            <w:r>
              <w:t>CPS authorised three charges. Partner informed by mobile and agreed to tell victim.</w:t>
            </w:r>
          </w:p>
        </w:tc>
      </w:tr>
      <w:tr w:rsidR="001B54C9" w14:paraId="44F1C77B" w14:textId="77777777">
        <w:trPr>
          <w:jc w:val="center"/>
        </w:trPr>
        <w:tc>
          <w:tcPr>
            <w:tcW w:w="1699" w:type="dxa"/>
            <w:shd w:val="clear" w:color="auto" w:fill="EAF2F8"/>
            <w:tcMar>
              <w:top w:w="80" w:type="dxa"/>
              <w:left w:w="100" w:type="dxa"/>
              <w:bottom w:w="80" w:type="dxa"/>
              <w:right w:w="100" w:type="dxa"/>
            </w:tcMar>
            <w:vAlign w:val="center"/>
          </w:tcPr>
          <w:p w14:paraId="0118F7CC" w14:textId="77777777" w:rsidR="001B54C9" w:rsidRDefault="00C8706E">
            <w:r>
              <w:t>18-19/05/2026</w:t>
            </w:r>
          </w:p>
        </w:tc>
        <w:tc>
          <w:tcPr>
            <w:tcW w:w="1757" w:type="dxa"/>
            <w:tcMar>
              <w:top w:w="80" w:type="dxa"/>
              <w:left w:w="100" w:type="dxa"/>
              <w:bottom w:w="80" w:type="dxa"/>
              <w:right w:w="100" w:type="dxa"/>
            </w:tcMar>
            <w:vAlign w:val="center"/>
          </w:tcPr>
          <w:p w14:paraId="35E6F8CB" w14:textId="77777777" w:rsidR="001B54C9" w:rsidRDefault="00C8706E">
            <w:r>
              <w:t>Supervisor review</w:t>
            </w:r>
          </w:p>
        </w:tc>
        <w:tc>
          <w:tcPr>
            <w:tcW w:w="6264" w:type="dxa"/>
            <w:tcMar>
              <w:top w:w="80" w:type="dxa"/>
              <w:left w:w="100" w:type="dxa"/>
              <w:bottom w:w="80" w:type="dxa"/>
              <w:right w:w="100" w:type="dxa"/>
            </w:tcMar>
            <w:vAlign w:val="center"/>
          </w:tcPr>
          <w:p w14:paraId="78E3599D" w14:textId="77777777" w:rsidR="001B54C9" w:rsidRDefault="00C8706E">
            <w:r>
              <w:t>Summons and certificate of service confirmed; closure authorised.</w:t>
            </w:r>
          </w:p>
        </w:tc>
      </w:tr>
      <w:tr w:rsidR="001B54C9" w14:paraId="72153EB1" w14:textId="77777777">
        <w:trPr>
          <w:jc w:val="center"/>
        </w:trPr>
        <w:tc>
          <w:tcPr>
            <w:tcW w:w="1699" w:type="dxa"/>
            <w:shd w:val="clear" w:color="auto" w:fill="EAF2F8"/>
            <w:tcMar>
              <w:top w:w="80" w:type="dxa"/>
              <w:left w:w="100" w:type="dxa"/>
              <w:bottom w:w="80" w:type="dxa"/>
              <w:right w:w="100" w:type="dxa"/>
            </w:tcMar>
            <w:vAlign w:val="center"/>
          </w:tcPr>
          <w:p w14:paraId="0A7EA5CF" w14:textId="77777777" w:rsidR="001B54C9" w:rsidRDefault="00C8706E">
            <w:r>
              <w:t>26/05/2026</w:t>
            </w:r>
          </w:p>
        </w:tc>
        <w:tc>
          <w:tcPr>
            <w:tcW w:w="1757" w:type="dxa"/>
            <w:tcMar>
              <w:top w:w="80" w:type="dxa"/>
              <w:left w:w="100" w:type="dxa"/>
              <w:bottom w:w="80" w:type="dxa"/>
              <w:right w:w="100" w:type="dxa"/>
            </w:tcMar>
            <w:vAlign w:val="center"/>
          </w:tcPr>
          <w:p w14:paraId="37ABADCC" w14:textId="77777777" w:rsidR="001B54C9" w:rsidRDefault="00C8706E">
            <w:r>
              <w:t>CDA review</w:t>
            </w:r>
          </w:p>
        </w:tc>
        <w:tc>
          <w:tcPr>
            <w:tcW w:w="6264" w:type="dxa"/>
            <w:tcMar>
              <w:top w:w="80" w:type="dxa"/>
              <w:left w:w="100" w:type="dxa"/>
              <w:bottom w:w="80" w:type="dxa"/>
              <w:right w:w="100" w:type="dxa"/>
            </w:tcMar>
            <w:vAlign w:val="center"/>
          </w:tcPr>
          <w:p w14:paraId="50373C68" w14:textId="77777777" w:rsidR="001B54C9" w:rsidRDefault="00C8706E">
            <w:r>
              <w:t>Finalisation rejected for missing mandatory outcome template and victim/threat clarification.</w:t>
            </w:r>
          </w:p>
        </w:tc>
      </w:tr>
      <w:tr w:rsidR="001B54C9" w14:paraId="780FDC86" w14:textId="77777777">
        <w:trPr>
          <w:jc w:val="center"/>
        </w:trPr>
        <w:tc>
          <w:tcPr>
            <w:tcW w:w="1699" w:type="dxa"/>
            <w:shd w:val="clear" w:color="auto" w:fill="EAF2F8"/>
            <w:tcMar>
              <w:top w:w="80" w:type="dxa"/>
              <w:left w:w="100" w:type="dxa"/>
              <w:bottom w:w="80" w:type="dxa"/>
              <w:right w:w="100" w:type="dxa"/>
            </w:tcMar>
            <w:vAlign w:val="center"/>
          </w:tcPr>
          <w:p w14:paraId="3412EF22" w14:textId="77777777" w:rsidR="001B54C9" w:rsidRDefault="00C8706E">
            <w:r>
              <w:t>27/05/2026</w:t>
            </w:r>
          </w:p>
        </w:tc>
        <w:tc>
          <w:tcPr>
            <w:tcW w:w="1757" w:type="dxa"/>
            <w:tcMar>
              <w:top w:w="80" w:type="dxa"/>
              <w:left w:w="100" w:type="dxa"/>
              <w:bottom w:w="80" w:type="dxa"/>
              <w:right w:w="100" w:type="dxa"/>
            </w:tcMar>
            <w:vAlign w:val="center"/>
          </w:tcPr>
          <w:p w14:paraId="556CB54E" w14:textId="77777777" w:rsidR="001B54C9" w:rsidRDefault="00C8706E">
            <w:r>
              <w:t>Closure record</w:t>
            </w:r>
          </w:p>
        </w:tc>
        <w:tc>
          <w:tcPr>
            <w:tcW w:w="6264" w:type="dxa"/>
            <w:tcMar>
              <w:top w:w="80" w:type="dxa"/>
              <w:left w:w="100" w:type="dxa"/>
              <w:bottom w:w="80" w:type="dxa"/>
              <w:right w:w="100" w:type="dxa"/>
            </w:tcMar>
            <w:vAlign w:val="center"/>
          </w:tcPr>
          <w:p w14:paraId="467455E4" w14:textId="77777777" w:rsidR="001B54C9" w:rsidRDefault="00C8706E">
            <w:r>
              <w:t>Outcome template completed.</w:t>
            </w:r>
          </w:p>
        </w:tc>
      </w:tr>
      <w:tr w:rsidR="001B54C9" w14:paraId="74EFF96F" w14:textId="77777777">
        <w:trPr>
          <w:jc w:val="center"/>
        </w:trPr>
        <w:tc>
          <w:tcPr>
            <w:tcW w:w="1699" w:type="dxa"/>
            <w:shd w:val="clear" w:color="auto" w:fill="EAF2F8"/>
            <w:tcMar>
              <w:top w:w="80" w:type="dxa"/>
              <w:left w:w="100" w:type="dxa"/>
              <w:bottom w:w="80" w:type="dxa"/>
              <w:right w:w="100" w:type="dxa"/>
            </w:tcMar>
            <w:vAlign w:val="center"/>
          </w:tcPr>
          <w:p w14:paraId="138BF293" w14:textId="77777777" w:rsidR="001B54C9" w:rsidRDefault="00C8706E">
            <w:r>
              <w:t>04/06/2026</w:t>
            </w:r>
          </w:p>
        </w:tc>
        <w:tc>
          <w:tcPr>
            <w:tcW w:w="1757" w:type="dxa"/>
            <w:tcMar>
              <w:top w:w="80" w:type="dxa"/>
              <w:left w:w="100" w:type="dxa"/>
              <w:bottom w:w="80" w:type="dxa"/>
              <w:right w:w="100" w:type="dxa"/>
            </w:tcMar>
            <w:vAlign w:val="center"/>
          </w:tcPr>
          <w:p w14:paraId="7AE5A879" w14:textId="77777777" w:rsidR="001B54C9" w:rsidRDefault="00C8706E">
            <w:r>
              <w:t>Supervisor review</w:t>
            </w:r>
          </w:p>
        </w:tc>
        <w:tc>
          <w:tcPr>
            <w:tcW w:w="6264" w:type="dxa"/>
            <w:tcMar>
              <w:top w:w="80" w:type="dxa"/>
              <w:left w:w="100" w:type="dxa"/>
              <w:bottom w:w="80" w:type="dxa"/>
              <w:right w:w="100" w:type="dxa"/>
            </w:tcMar>
            <w:vAlign w:val="center"/>
          </w:tcPr>
          <w:p w14:paraId="577D1734" w14:textId="77777777" w:rsidR="001B54C9" w:rsidRDefault="00C8706E">
            <w:r>
              <w:t>Closure reauthorised.</w:t>
            </w:r>
          </w:p>
        </w:tc>
      </w:tr>
      <w:tr w:rsidR="001B54C9" w14:paraId="34CE7C27" w14:textId="77777777">
        <w:trPr>
          <w:jc w:val="center"/>
        </w:trPr>
        <w:tc>
          <w:tcPr>
            <w:tcW w:w="1699" w:type="dxa"/>
            <w:shd w:val="clear" w:color="auto" w:fill="EAF2F8"/>
            <w:tcMar>
              <w:top w:w="80" w:type="dxa"/>
              <w:left w:w="100" w:type="dxa"/>
              <w:bottom w:w="80" w:type="dxa"/>
              <w:right w:w="100" w:type="dxa"/>
            </w:tcMar>
            <w:vAlign w:val="center"/>
          </w:tcPr>
          <w:p w14:paraId="35410578" w14:textId="77777777" w:rsidR="001B54C9" w:rsidRDefault="00C8706E">
            <w:r>
              <w:t>10/06/2026 16:26-17:02</w:t>
            </w:r>
          </w:p>
        </w:tc>
        <w:tc>
          <w:tcPr>
            <w:tcW w:w="1757" w:type="dxa"/>
            <w:tcMar>
              <w:top w:w="80" w:type="dxa"/>
              <w:left w:w="100" w:type="dxa"/>
              <w:bottom w:w="80" w:type="dxa"/>
              <w:right w:w="100" w:type="dxa"/>
            </w:tcMar>
            <w:vAlign w:val="center"/>
          </w:tcPr>
          <w:p w14:paraId="1A7BA709" w14:textId="77777777" w:rsidR="001B54C9" w:rsidRDefault="00C8706E">
            <w:r>
              <w:t>CDA / email and SMS</w:t>
            </w:r>
          </w:p>
        </w:tc>
        <w:tc>
          <w:tcPr>
            <w:tcW w:w="6264" w:type="dxa"/>
            <w:tcMar>
              <w:top w:w="80" w:type="dxa"/>
              <w:left w:w="100" w:type="dxa"/>
              <w:bottom w:w="80" w:type="dxa"/>
              <w:right w:w="100" w:type="dxa"/>
            </w:tcMar>
            <w:vAlign w:val="center"/>
          </w:tcPr>
          <w:p w14:paraId="14C3C0F7" w14:textId="77777777" w:rsidR="001B54C9" w:rsidRDefault="00C8706E">
            <w:r>
              <w:t>Outcome 1 finalised; automated closure updates sent.</w:t>
            </w:r>
          </w:p>
        </w:tc>
      </w:tr>
    </w:tbl>
    <w:p w14:paraId="707DB563" w14:textId="77777777" w:rsidR="001B54C9" w:rsidRDefault="00C8706E">
      <w:r>
        <w:lastRenderedPageBreak/>
        <w:br w:type="page"/>
      </w:r>
    </w:p>
    <w:p w14:paraId="21A49346" w14:textId="77777777" w:rsidR="001B54C9" w:rsidRDefault="00C8706E">
      <w:pPr>
        <w:pStyle w:val="Title"/>
      </w:pPr>
      <w:r>
        <w:lastRenderedPageBreak/>
        <w:t>Related to Sample 6: Repeat victim case</w:t>
      </w:r>
    </w:p>
    <w:p w14:paraId="41B2A518" w14:textId="77777777" w:rsidR="001B54C9" w:rsidRDefault="00C8706E">
      <w:r>
        <w:rPr>
          <w:b/>
          <w:color w:val="1F4E79"/>
        </w:rPr>
        <w:t xml:space="preserve">Incident number: </w:t>
      </w:r>
      <w:r>
        <w:t>26000062034</w:t>
      </w:r>
    </w:p>
    <w:p w14:paraId="7D745A30" w14:textId="77777777" w:rsidR="001B54C9" w:rsidRDefault="00C8706E">
      <w:r>
        <w:rPr>
          <w:b/>
          <w:color w:val="1F4E79"/>
        </w:rPr>
        <w:t xml:space="preserve">Outcome: </w:t>
      </w:r>
      <w:r>
        <w:t>Outcome 15: Named suspect, victim supports but evidential difficulties</w:t>
      </w:r>
    </w:p>
    <w:p w14:paraId="73B4E6C9" w14:textId="77777777" w:rsidR="001B54C9" w:rsidRDefault="00C8706E">
      <w:r>
        <w:rPr>
          <w:b/>
          <w:color w:val="1F4E79"/>
        </w:rPr>
        <w:t xml:space="preserve">Protective characteristic marker(s): </w:t>
      </w:r>
      <w:r>
        <w:t>Racial: Yes. Disabled: No. Religion: No. Sexual orientation: No. Transgender: No.</w:t>
      </w:r>
    </w:p>
    <w:p w14:paraId="7E0696E4" w14:textId="77777777" w:rsidR="001B54C9" w:rsidRDefault="00C8706E">
      <w:pPr>
        <w:pStyle w:val="Heading1"/>
      </w:pPr>
      <w:r>
        <w:t>Summary</w:t>
      </w:r>
    </w:p>
    <w:p w14:paraId="5DD79BFE" w14:textId="77777777" w:rsidR="001B54C9" w:rsidRDefault="00C8706E">
      <w:pPr>
        <w:pStyle w:val="Heading2"/>
      </w:pPr>
      <w:r>
        <w:t>Initial MO (full recorded wording)</w:t>
      </w:r>
    </w:p>
    <w:p w14:paraId="33884028" w14:textId="77777777" w:rsidR="001B54C9" w:rsidRDefault="00C8706E">
      <w:pPr>
        <w:pStyle w:val="Quote"/>
      </w:pPr>
      <w:r>
        <w:t>HEAVILY INTOXICATED FEMALE CAUSING ISSUES OUTSIDE PUBLIC HOUSE IS ASKED TO MOVE ON BY THE LANDLORD AND SHE IS RACIALLY ABUSIVE TO HIM BEFORE LEAVING THE AREA</w:t>
      </w:r>
    </w:p>
    <w:p w14:paraId="0D12130E" w14:textId="77777777" w:rsidR="001B54C9" w:rsidRDefault="00C8706E">
      <w:pPr>
        <w:pStyle w:val="Heading2"/>
      </w:pPr>
      <w:r>
        <w:t>Closure rationale (full recorded wording)</w:t>
      </w:r>
    </w:p>
    <w:p w14:paraId="0971AF5F" w14:textId="77777777" w:rsidR="001B54C9" w:rsidRDefault="00C8706E">
      <w:pPr>
        <w:pStyle w:val="Quote"/>
      </w:pPr>
      <w:r>
        <w:t>The OIC spoke to the victim through his partner on loudspeaker. He confirmed that he did not want to make a complaint because he had low confidence in the justice system. This was recorded on BWV VBWEBA0532. He therefore offered no evidence. There was no audio on the CCTV, no other witnesses came forward and the victim did not wear BWV. The victim was aware the matter would not be investigated further. Supervisor rationale: although the victim did not want further action, the matter was proportionately inve</w:t>
      </w:r>
      <w:r>
        <w:t>stigated; without a formal victim account or supporting evidence there was no realistic prospect of conviction. Outcome 15 was authorised and CDA finalised on 19/05/2026.</w:t>
      </w:r>
    </w:p>
    <w:p w14:paraId="69617439" w14:textId="77777777" w:rsidR="001B54C9" w:rsidRDefault="00C8706E">
      <w:pPr>
        <w:pStyle w:val="Heading1"/>
      </w:pPr>
      <w:r>
        <w:t>Victim Assessment</w:t>
      </w:r>
    </w:p>
    <w:tbl>
      <w:tblPr>
        <w:tblStyle w:val="TableGrid"/>
        <w:tblW w:w="0" w:type="auto"/>
        <w:jc w:val="center"/>
        <w:tblLook w:val="04A0" w:firstRow="1" w:lastRow="0" w:firstColumn="1" w:lastColumn="0" w:noHBand="0" w:noVBand="1"/>
      </w:tblPr>
      <w:tblGrid>
        <w:gridCol w:w="4379"/>
        <w:gridCol w:w="5777"/>
      </w:tblGrid>
      <w:tr w:rsidR="001B54C9" w14:paraId="5C37BA98" w14:textId="77777777">
        <w:trPr>
          <w:tblHeader/>
          <w:jc w:val="center"/>
        </w:trPr>
        <w:tc>
          <w:tcPr>
            <w:tcW w:w="5083" w:type="dxa"/>
            <w:shd w:val="clear" w:color="auto" w:fill="1F4E79"/>
            <w:vAlign w:val="center"/>
          </w:tcPr>
          <w:p w14:paraId="5AB4AF0F" w14:textId="77777777" w:rsidR="001B54C9" w:rsidRDefault="00C8706E">
            <w:r>
              <w:rPr>
                <w:b/>
                <w:color w:val="FFFFFF"/>
              </w:rPr>
              <w:t>Requirement</w:t>
            </w:r>
          </w:p>
        </w:tc>
        <w:tc>
          <w:tcPr>
            <w:tcW w:w="5083" w:type="dxa"/>
            <w:shd w:val="clear" w:color="auto" w:fill="1F4E79"/>
            <w:vAlign w:val="center"/>
          </w:tcPr>
          <w:p w14:paraId="60ACB20E" w14:textId="77777777" w:rsidR="001B54C9" w:rsidRDefault="00C8706E">
            <w:r>
              <w:rPr>
                <w:b/>
                <w:color w:val="FFFFFF"/>
              </w:rPr>
              <w:t>Finding</w:t>
            </w:r>
          </w:p>
        </w:tc>
      </w:tr>
      <w:tr w:rsidR="001B54C9" w14:paraId="233F8487" w14:textId="77777777">
        <w:trPr>
          <w:jc w:val="center"/>
        </w:trPr>
        <w:tc>
          <w:tcPr>
            <w:tcW w:w="2880" w:type="dxa"/>
            <w:shd w:val="clear" w:color="auto" w:fill="D9EAF7"/>
            <w:tcMar>
              <w:top w:w="80" w:type="dxa"/>
              <w:left w:w="100" w:type="dxa"/>
              <w:bottom w:w="80" w:type="dxa"/>
              <w:right w:w="100" w:type="dxa"/>
            </w:tcMar>
            <w:vAlign w:val="center"/>
          </w:tcPr>
          <w:p w14:paraId="60FE4E8E" w14:textId="77777777" w:rsidR="001B54C9" w:rsidRDefault="00C8706E">
            <w:r>
              <w:t>VINA completed?</w:t>
            </w:r>
          </w:p>
        </w:tc>
        <w:tc>
          <w:tcPr>
            <w:tcW w:w="6768" w:type="dxa"/>
            <w:tcMar>
              <w:top w:w="80" w:type="dxa"/>
              <w:left w:w="100" w:type="dxa"/>
              <w:bottom w:w="80" w:type="dxa"/>
              <w:right w:w="100" w:type="dxa"/>
            </w:tcMar>
            <w:vAlign w:val="center"/>
          </w:tcPr>
          <w:p w14:paraId="171888A9" w14:textId="77777777" w:rsidR="001B54C9" w:rsidRDefault="00C8706E">
            <w:r>
              <w:t>Yes. VINA recorded 11/05/2026 at 17:33.</w:t>
            </w:r>
          </w:p>
        </w:tc>
      </w:tr>
      <w:tr w:rsidR="001B54C9" w14:paraId="23FC288F" w14:textId="77777777">
        <w:trPr>
          <w:jc w:val="center"/>
        </w:trPr>
        <w:tc>
          <w:tcPr>
            <w:tcW w:w="2880" w:type="dxa"/>
            <w:shd w:val="clear" w:color="auto" w:fill="D9EAF7"/>
            <w:tcMar>
              <w:top w:w="80" w:type="dxa"/>
              <w:left w:w="100" w:type="dxa"/>
              <w:bottom w:w="80" w:type="dxa"/>
              <w:right w:w="100" w:type="dxa"/>
            </w:tcMar>
            <w:vAlign w:val="center"/>
          </w:tcPr>
          <w:p w14:paraId="56CBED4F" w14:textId="77777777" w:rsidR="001B54C9" w:rsidRDefault="00C8706E">
            <w:r>
              <w:t>Enhanced service required?</w:t>
            </w:r>
          </w:p>
        </w:tc>
        <w:tc>
          <w:tcPr>
            <w:tcW w:w="6768" w:type="dxa"/>
            <w:tcMar>
              <w:top w:w="80" w:type="dxa"/>
              <w:left w:w="100" w:type="dxa"/>
              <w:bottom w:w="80" w:type="dxa"/>
              <w:right w:w="100" w:type="dxa"/>
            </w:tcMar>
            <w:vAlign w:val="center"/>
          </w:tcPr>
          <w:p w14:paraId="685BC75D" w14:textId="77777777" w:rsidR="001B54C9" w:rsidRDefault="00C8706E">
            <w:r>
              <w:t>No. The VINA states that an enhanced service is not required.</w:t>
            </w:r>
          </w:p>
        </w:tc>
      </w:tr>
      <w:tr w:rsidR="001B54C9" w14:paraId="6761F8A9" w14:textId="77777777">
        <w:trPr>
          <w:jc w:val="center"/>
        </w:trPr>
        <w:tc>
          <w:tcPr>
            <w:tcW w:w="2880" w:type="dxa"/>
            <w:shd w:val="clear" w:color="auto" w:fill="D9EAF7"/>
            <w:tcMar>
              <w:top w:w="80" w:type="dxa"/>
              <w:left w:w="100" w:type="dxa"/>
              <w:bottom w:w="80" w:type="dxa"/>
              <w:right w:w="100" w:type="dxa"/>
            </w:tcMar>
            <w:vAlign w:val="center"/>
          </w:tcPr>
          <w:p w14:paraId="1BACAD66" w14:textId="77777777" w:rsidR="001B54C9" w:rsidRDefault="00C8706E">
            <w:r>
              <w:t>Assessment note</w:t>
            </w:r>
          </w:p>
        </w:tc>
        <w:tc>
          <w:tcPr>
            <w:tcW w:w="6768" w:type="dxa"/>
            <w:tcMar>
              <w:top w:w="80" w:type="dxa"/>
              <w:left w:w="100" w:type="dxa"/>
              <w:bottom w:w="80" w:type="dxa"/>
              <w:right w:w="100" w:type="dxa"/>
            </w:tcMar>
            <w:vAlign w:val="center"/>
          </w:tcPr>
          <w:p w14:paraId="4A84E56A" w14:textId="77777777" w:rsidR="001B54C9" w:rsidRDefault="00C8706E">
            <w:r>
              <w:t>No vulnerabilities, intimidation, persistent targeting, communication barriers or support needs were recorded.</w:t>
            </w:r>
          </w:p>
        </w:tc>
      </w:tr>
    </w:tbl>
    <w:p w14:paraId="348D4D7A" w14:textId="77777777" w:rsidR="001B54C9" w:rsidRDefault="00C8706E">
      <w:pPr>
        <w:pStyle w:val="Heading1"/>
      </w:pPr>
      <w:r>
        <w:t>Timeline of Actions and Contacts</w:t>
      </w:r>
    </w:p>
    <w:tbl>
      <w:tblPr>
        <w:tblStyle w:val="TableGrid"/>
        <w:tblW w:w="0" w:type="auto"/>
        <w:jc w:val="center"/>
        <w:tblLook w:val="04A0" w:firstRow="1" w:lastRow="0" w:firstColumn="1" w:lastColumn="0" w:noHBand="0" w:noVBand="1"/>
      </w:tblPr>
      <w:tblGrid>
        <w:gridCol w:w="2688"/>
        <w:gridCol w:w="2715"/>
        <w:gridCol w:w="4753"/>
      </w:tblGrid>
      <w:tr w:rsidR="001B54C9" w14:paraId="1D218346" w14:textId="77777777">
        <w:trPr>
          <w:tblHeader/>
          <w:jc w:val="center"/>
        </w:trPr>
        <w:tc>
          <w:tcPr>
            <w:tcW w:w="3389" w:type="dxa"/>
            <w:shd w:val="clear" w:color="auto" w:fill="1F4E79"/>
            <w:tcMar>
              <w:top w:w="80" w:type="dxa"/>
              <w:left w:w="100" w:type="dxa"/>
              <w:bottom w:w="80" w:type="dxa"/>
              <w:right w:w="100" w:type="dxa"/>
            </w:tcMar>
            <w:vAlign w:val="center"/>
          </w:tcPr>
          <w:p w14:paraId="2BE2123F" w14:textId="77777777" w:rsidR="001B54C9" w:rsidRDefault="00C8706E">
            <w:r>
              <w:rPr>
                <w:b/>
                <w:color w:val="FFFFFF"/>
              </w:rPr>
              <w:t>Date / time</w:t>
            </w:r>
          </w:p>
        </w:tc>
        <w:tc>
          <w:tcPr>
            <w:tcW w:w="3389" w:type="dxa"/>
            <w:shd w:val="clear" w:color="auto" w:fill="1F4E79"/>
            <w:tcMar>
              <w:top w:w="80" w:type="dxa"/>
              <w:left w:w="100" w:type="dxa"/>
              <w:bottom w:w="80" w:type="dxa"/>
              <w:right w:w="100" w:type="dxa"/>
            </w:tcMar>
            <w:vAlign w:val="center"/>
          </w:tcPr>
          <w:p w14:paraId="1AE2B4F5" w14:textId="77777777" w:rsidR="001B54C9" w:rsidRDefault="00C8706E">
            <w:r>
              <w:rPr>
                <w:b/>
                <w:color w:val="FFFFFF"/>
              </w:rPr>
              <w:t>Contact method</w:t>
            </w:r>
          </w:p>
        </w:tc>
        <w:tc>
          <w:tcPr>
            <w:tcW w:w="3389" w:type="dxa"/>
            <w:shd w:val="clear" w:color="auto" w:fill="1F4E79"/>
            <w:tcMar>
              <w:top w:w="80" w:type="dxa"/>
              <w:left w:w="100" w:type="dxa"/>
              <w:bottom w:w="80" w:type="dxa"/>
              <w:right w:w="100" w:type="dxa"/>
            </w:tcMar>
            <w:vAlign w:val="center"/>
          </w:tcPr>
          <w:p w14:paraId="0644EC15" w14:textId="77777777" w:rsidR="001B54C9" w:rsidRDefault="00C8706E">
            <w:r>
              <w:rPr>
                <w:b/>
                <w:color w:val="FFFFFF"/>
              </w:rPr>
              <w:t>Action / contact</w:t>
            </w:r>
          </w:p>
        </w:tc>
      </w:tr>
      <w:tr w:rsidR="001B54C9" w14:paraId="7B14ACEB" w14:textId="77777777">
        <w:trPr>
          <w:jc w:val="center"/>
        </w:trPr>
        <w:tc>
          <w:tcPr>
            <w:tcW w:w="1699" w:type="dxa"/>
            <w:shd w:val="clear" w:color="auto" w:fill="EAF2F8"/>
            <w:tcMar>
              <w:top w:w="80" w:type="dxa"/>
              <w:left w:w="100" w:type="dxa"/>
              <w:bottom w:w="80" w:type="dxa"/>
              <w:right w:w="100" w:type="dxa"/>
            </w:tcMar>
            <w:vAlign w:val="center"/>
          </w:tcPr>
          <w:p w14:paraId="29B5DD43" w14:textId="77777777" w:rsidR="001B54C9" w:rsidRDefault="00C8706E">
            <w:r>
              <w:t>07/05/2026 18:44</w:t>
            </w:r>
          </w:p>
        </w:tc>
        <w:tc>
          <w:tcPr>
            <w:tcW w:w="1757" w:type="dxa"/>
            <w:tcMar>
              <w:top w:w="80" w:type="dxa"/>
              <w:left w:w="100" w:type="dxa"/>
              <w:bottom w:w="80" w:type="dxa"/>
              <w:right w:w="100" w:type="dxa"/>
            </w:tcMar>
            <w:vAlign w:val="center"/>
          </w:tcPr>
          <w:p w14:paraId="40F61C18" w14:textId="77777777" w:rsidR="001B54C9" w:rsidRDefault="00C8706E">
            <w:r>
              <w:t>Incident / police attendance</w:t>
            </w:r>
          </w:p>
        </w:tc>
        <w:tc>
          <w:tcPr>
            <w:tcW w:w="6264" w:type="dxa"/>
            <w:tcMar>
              <w:top w:w="80" w:type="dxa"/>
              <w:left w:w="100" w:type="dxa"/>
              <w:bottom w:w="80" w:type="dxa"/>
              <w:right w:w="100" w:type="dxa"/>
            </w:tcMar>
            <w:vAlign w:val="center"/>
          </w:tcPr>
          <w:p w14:paraId="3CA0ACDF" w14:textId="77777777" w:rsidR="001B54C9" w:rsidRDefault="00C8706E">
            <w:r>
              <w:t>Intoxicated suspect removed from outside pub after racist abuse. Victim said he did not want to complain or provide a statement.</w:t>
            </w:r>
          </w:p>
        </w:tc>
      </w:tr>
      <w:tr w:rsidR="001B54C9" w14:paraId="0AFDAE86" w14:textId="77777777">
        <w:trPr>
          <w:jc w:val="center"/>
        </w:trPr>
        <w:tc>
          <w:tcPr>
            <w:tcW w:w="1699" w:type="dxa"/>
            <w:shd w:val="clear" w:color="auto" w:fill="EAF2F8"/>
            <w:tcMar>
              <w:top w:w="80" w:type="dxa"/>
              <w:left w:w="100" w:type="dxa"/>
              <w:bottom w:w="80" w:type="dxa"/>
              <w:right w:w="100" w:type="dxa"/>
            </w:tcMar>
            <w:vAlign w:val="center"/>
          </w:tcPr>
          <w:p w14:paraId="633A9F44" w14:textId="77777777" w:rsidR="001B54C9" w:rsidRDefault="00C8706E">
            <w:r>
              <w:t>07/05/2026 20:19</w:t>
            </w:r>
          </w:p>
        </w:tc>
        <w:tc>
          <w:tcPr>
            <w:tcW w:w="1757" w:type="dxa"/>
            <w:tcMar>
              <w:top w:w="80" w:type="dxa"/>
              <w:left w:w="100" w:type="dxa"/>
              <w:bottom w:w="80" w:type="dxa"/>
              <w:right w:w="100" w:type="dxa"/>
            </w:tcMar>
            <w:vAlign w:val="center"/>
          </w:tcPr>
          <w:p w14:paraId="5AFCE31F" w14:textId="77777777" w:rsidR="001B54C9" w:rsidRDefault="00C8706E">
            <w:r>
              <w:t>Record / Pronto</w:t>
            </w:r>
          </w:p>
        </w:tc>
        <w:tc>
          <w:tcPr>
            <w:tcW w:w="6264" w:type="dxa"/>
            <w:tcMar>
              <w:top w:w="80" w:type="dxa"/>
              <w:left w:w="100" w:type="dxa"/>
              <w:bottom w:w="80" w:type="dxa"/>
              <w:right w:w="100" w:type="dxa"/>
            </w:tcMar>
            <w:vAlign w:val="center"/>
          </w:tcPr>
          <w:p w14:paraId="32A1F9EC" w14:textId="77777777" w:rsidR="001B54C9" w:rsidRDefault="00C8706E">
            <w:r>
              <w:t>Investigation plan, victim services, My Police Portal and crime submission recorded.</w:t>
            </w:r>
          </w:p>
        </w:tc>
      </w:tr>
      <w:tr w:rsidR="001B54C9" w14:paraId="7A13374D" w14:textId="77777777">
        <w:trPr>
          <w:jc w:val="center"/>
        </w:trPr>
        <w:tc>
          <w:tcPr>
            <w:tcW w:w="1699" w:type="dxa"/>
            <w:shd w:val="clear" w:color="auto" w:fill="EAF2F8"/>
            <w:tcMar>
              <w:top w:w="80" w:type="dxa"/>
              <w:left w:w="100" w:type="dxa"/>
              <w:bottom w:w="80" w:type="dxa"/>
              <w:right w:w="100" w:type="dxa"/>
            </w:tcMar>
            <w:vAlign w:val="center"/>
          </w:tcPr>
          <w:p w14:paraId="411D11B6" w14:textId="77777777" w:rsidR="001B54C9" w:rsidRDefault="00C8706E">
            <w:r>
              <w:t>07/05/2026 20:24</w:t>
            </w:r>
          </w:p>
        </w:tc>
        <w:tc>
          <w:tcPr>
            <w:tcW w:w="1757" w:type="dxa"/>
            <w:tcMar>
              <w:top w:w="80" w:type="dxa"/>
              <w:left w:w="100" w:type="dxa"/>
              <w:bottom w:w="80" w:type="dxa"/>
              <w:right w:w="100" w:type="dxa"/>
            </w:tcMar>
            <w:vAlign w:val="center"/>
          </w:tcPr>
          <w:p w14:paraId="133D5474" w14:textId="77777777" w:rsidR="001B54C9" w:rsidRDefault="00C8706E">
            <w:r>
              <w:t>SMS, automated</w:t>
            </w:r>
          </w:p>
        </w:tc>
        <w:tc>
          <w:tcPr>
            <w:tcW w:w="6264" w:type="dxa"/>
            <w:tcMar>
              <w:top w:w="80" w:type="dxa"/>
              <w:left w:w="100" w:type="dxa"/>
              <w:bottom w:w="80" w:type="dxa"/>
              <w:right w:w="100" w:type="dxa"/>
            </w:tcMar>
            <w:vAlign w:val="center"/>
          </w:tcPr>
          <w:p w14:paraId="32DD97BF" w14:textId="77777777" w:rsidR="001B54C9" w:rsidRDefault="00C8706E">
            <w:r>
              <w:t>Occurrence number, prevention advice and support links sent.</w:t>
            </w:r>
          </w:p>
        </w:tc>
      </w:tr>
      <w:tr w:rsidR="001B54C9" w14:paraId="26BAAB9E" w14:textId="77777777">
        <w:trPr>
          <w:jc w:val="center"/>
        </w:trPr>
        <w:tc>
          <w:tcPr>
            <w:tcW w:w="1699" w:type="dxa"/>
            <w:shd w:val="clear" w:color="auto" w:fill="EAF2F8"/>
            <w:tcMar>
              <w:top w:w="80" w:type="dxa"/>
              <w:left w:w="100" w:type="dxa"/>
              <w:bottom w:w="80" w:type="dxa"/>
              <w:right w:w="100" w:type="dxa"/>
            </w:tcMar>
            <w:vAlign w:val="center"/>
          </w:tcPr>
          <w:p w14:paraId="4E3D78A9" w14:textId="77777777" w:rsidR="001B54C9" w:rsidRDefault="00C8706E">
            <w:r>
              <w:t>08/05/2026 18:57</w:t>
            </w:r>
          </w:p>
        </w:tc>
        <w:tc>
          <w:tcPr>
            <w:tcW w:w="1757" w:type="dxa"/>
            <w:tcMar>
              <w:top w:w="80" w:type="dxa"/>
              <w:left w:w="100" w:type="dxa"/>
              <w:bottom w:w="80" w:type="dxa"/>
              <w:right w:w="100" w:type="dxa"/>
            </w:tcMar>
            <w:vAlign w:val="center"/>
          </w:tcPr>
          <w:p w14:paraId="274AD69E" w14:textId="77777777" w:rsidR="001B54C9" w:rsidRDefault="00C8706E">
            <w:r>
              <w:t>CMU review</w:t>
            </w:r>
          </w:p>
        </w:tc>
        <w:tc>
          <w:tcPr>
            <w:tcW w:w="6264" w:type="dxa"/>
            <w:tcMar>
              <w:top w:w="80" w:type="dxa"/>
              <w:left w:w="100" w:type="dxa"/>
              <w:bottom w:w="80" w:type="dxa"/>
              <w:right w:w="100" w:type="dxa"/>
            </w:tcMar>
            <w:vAlign w:val="center"/>
          </w:tcPr>
          <w:p w14:paraId="7D184276" w14:textId="77777777" w:rsidR="001B54C9" w:rsidRDefault="00C8706E">
            <w:r>
              <w:t>Allocated back to attending patrol with linked report; no-complaint evidence requested.</w:t>
            </w:r>
          </w:p>
        </w:tc>
      </w:tr>
      <w:tr w:rsidR="001B54C9" w14:paraId="18A77F25" w14:textId="77777777">
        <w:trPr>
          <w:jc w:val="center"/>
        </w:trPr>
        <w:tc>
          <w:tcPr>
            <w:tcW w:w="1699" w:type="dxa"/>
            <w:shd w:val="clear" w:color="auto" w:fill="EAF2F8"/>
            <w:tcMar>
              <w:top w:w="80" w:type="dxa"/>
              <w:left w:w="100" w:type="dxa"/>
              <w:bottom w:w="80" w:type="dxa"/>
              <w:right w:w="100" w:type="dxa"/>
            </w:tcMar>
            <w:vAlign w:val="center"/>
          </w:tcPr>
          <w:p w14:paraId="6256A4E3" w14:textId="77777777" w:rsidR="001B54C9" w:rsidRDefault="00C8706E">
            <w:r>
              <w:t>11/05/2026 17:27-17:36</w:t>
            </w:r>
          </w:p>
        </w:tc>
        <w:tc>
          <w:tcPr>
            <w:tcW w:w="1757" w:type="dxa"/>
            <w:tcMar>
              <w:top w:w="80" w:type="dxa"/>
              <w:left w:w="100" w:type="dxa"/>
              <w:bottom w:w="80" w:type="dxa"/>
              <w:right w:w="100" w:type="dxa"/>
            </w:tcMar>
            <w:vAlign w:val="center"/>
          </w:tcPr>
          <w:p w14:paraId="31008629" w14:textId="77777777" w:rsidR="001B54C9" w:rsidRDefault="00C8706E">
            <w:r>
              <w:t xml:space="preserve">Remote supervisor review / </w:t>
            </w:r>
            <w:r>
              <w:lastRenderedPageBreak/>
              <w:t>record entry</w:t>
            </w:r>
          </w:p>
        </w:tc>
        <w:tc>
          <w:tcPr>
            <w:tcW w:w="6264" w:type="dxa"/>
            <w:tcMar>
              <w:top w:w="80" w:type="dxa"/>
              <w:left w:w="100" w:type="dxa"/>
              <w:bottom w:w="80" w:type="dxa"/>
              <w:right w:w="100" w:type="dxa"/>
            </w:tcMar>
            <w:vAlign w:val="center"/>
          </w:tcPr>
          <w:p w14:paraId="7C27A9BC" w14:textId="77777777" w:rsidR="001B54C9" w:rsidRDefault="00C8706E">
            <w:r>
              <w:lastRenderedPageBreak/>
              <w:t xml:space="preserve">Supervisor review, VINA, investigation plan and </w:t>
            </w:r>
            <w:r>
              <w:lastRenderedPageBreak/>
              <w:t>safeguarding plan completed.</w:t>
            </w:r>
          </w:p>
        </w:tc>
      </w:tr>
      <w:tr w:rsidR="001B54C9" w14:paraId="4B5CDB04" w14:textId="77777777">
        <w:trPr>
          <w:jc w:val="center"/>
        </w:trPr>
        <w:tc>
          <w:tcPr>
            <w:tcW w:w="1699" w:type="dxa"/>
            <w:shd w:val="clear" w:color="auto" w:fill="EAF2F8"/>
            <w:tcMar>
              <w:top w:w="80" w:type="dxa"/>
              <w:left w:w="100" w:type="dxa"/>
              <w:bottom w:w="80" w:type="dxa"/>
              <w:right w:w="100" w:type="dxa"/>
            </w:tcMar>
            <w:vAlign w:val="center"/>
          </w:tcPr>
          <w:p w14:paraId="6CC56D01" w14:textId="77777777" w:rsidR="001B54C9" w:rsidRDefault="00C8706E">
            <w:r>
              <w:lastRenderedPageBreak/>
              <w:t>Date of call not separately stated; recorded 16/05/2026</w:t>
            </w:r>
          </w:p>
        </w:tc>
        <w:tc>
          <w:tcPr>
            <w:tcW w:w="1757" w:type="dxa"/>
            <w:tcMar>
              <w:top w:w="80" w:type="dxa"/>
              <w:left w:w="100" w:type="dxa"/>
              <w:bottom w:w="80" w:type="dxa"/>
              <w:right w:w="100" w:type="dxa"/>
            </w:tcMar>
            <w:vAlign w:val="center"/>
          </w:tcPr>
          <w:p w14:paraId="6CF3B2E6" w14:textId="77777777" w:rsidR="001B54C9" w:rsidRDefault="00C8706E">
            <w:r>
              <w:t>In person with partner; telephone loudspeaker to victim; BWV</w:t>
            </w:r>
          </w:p>
        </w:tc>
        <w:tc>
          <w:tcPr>
            <w:tcW w:w="6264" w:type="dxa"/>
            <w:tcMar>
              <w:top w:w="80" w:type="dxa"/>
              <w:left w:w="100" w:type="dxa"/>
              <w:bottom w:w="80" w:type="dxa"/>
              <w:right w:w="100" w:type="dxa"/>
            </w:tcMar>
            <w:vAlign w:val="center"/>
          </w:tcPr>
          <w:p w14:paraId="5C23255A" w14:textId="77777777" w:rsidR="001B54C9" w:rsidRDefault="00C8706E">
            <w:r>
              <w:t>Officer spoke to partner in person and victim by loudspeaker. Victim declined complaint because of low confidence in justice system. Recorded on BWV VBWEBA0532.</w:t>
            </w:r>
          </w:p>
        </w:tc>
      </w:tr>
      <w:tr w:rsidR="001B54C9" w14:paraId="4456107C" w14:textId="77777777">
        <w:trPr>
          <w:jc w:val="center"/>
        </w:trPr>
        <w:tc>
          <w:tcPr>
            <w:tcW w:w="1699" w:type="dxa"/>
            <w:shd w:val="clear" w:color="auto" w:fill="EAF2F8"/>
            <w:tcMar>
              <w:top w:w="80" w:type="dxa"/>
              <w:left w:w="100" w:type="dxa"/>
              <w:bottom w:w="80" w:type="dxa"/>
              <w:right w:w="100" w:type="dxa"/>
            </w:tcMar>
            <w:vAlign w:val="center"/>
          </w:tcPr>
          <w:p w14:paraId="444B02D1" w14:textId="77777777" w:rsidR="001B54C9" w:rsidRDefault="00C8706E">
            <w:r>
              <w:t>16/05/2026 10:34-10:47</w:t>
            </w:r>
          </w:p>
        </w:tc>
        <w:tc>
          <w:tcPr>
            <w:tcW w:w="1757" w:type="dxa"/>
            <w:tcMar>
              <w:top w:w="80" w:type="dxa"/>
              <w:left w:w="100" w:type="dxa"/>
              <w:bottom w:w="80" w:type="dxa"/>
              <w:right w:w="100" w:type="dxa"/>
            </w:tcMar>
            <w:vAlign w:val="center"/>
          </w:tcPr>
          <w:p w14:paraId="0CB7E804" w14:textId="77777777" w:rsidR="001B54C9" w:rsidRDefault="00C8706E">
            <w:r>
              <w:t>Closure record / in-person update</w:t>
            </w:r>
          </w:p>
        </w:tc>
        <w:tc>
          <w:tcPr>
            <w:tcW w:w="6264" w:type="dxa"/>
            <w:tcMar>
              <w:top w:w="80" w:type="dxa"/>
              <w:left w:w="100" w:type="dxa"/>
              <w:bottom w:w="80" w:type="dxa"/>
              <w:right w:w="100" w:type="dxa"/>
            </w:tcMar>
            <w:vAlign w:val="center"/>
          </w:tcPr>
          <w:p w14:paraId="064C9E00" w14:textId="77777777" w:rsidR="001B54C9" w:rsidRDefault="00C8706E">
            <w:r>
              <w:t>Outcome 15 rationale completed; victim update recorded.</w:t>
            </w:r>
          </w:p>
        </w:tc>
      </w:tr>
      <w:tr w:rsidR="001B54C9" w14:paraId="4FBA3D05" w14:textId="77777777">
        <w:trPr>
          <w:jc w:val="center"/>
        </w:trPr>
        <w:tc>
          <w:tcPr>
            <w:tcW w:w="1699" w:type="dxa"/>
            <w:shd w:val="clear" w:color="auto" w:fill="EAF2F8"/>
            <w:tcMar>
              <w:top w:w="80" w:type="dxa"/>
              <w:left w:w="100" w:type="dxa"/>
              <w:bottom w:w="80" w:type="dxa"/>
              <w:right w:w="100" w:type="dxa"/>
            </w:tcMar>
            <w:vAlign w:val="center"/>
          </w:tcPr>
          <w:p w14:paraId="34C33E83" w14:textId="77777777" w:rsidR="001B54C9" w:rsidRDefault="00C8706E">
            <w:r>
              <w:t>16/05/2026 13:16</w:t>
            </w:r>
          </w:p>
        </w:tc>
        <w:tc>
          <w:tcPr>
            <w:tcW w:w="1757" w:type="dxa"/>
            <w:tcMar>
              <w:top w:w="80" w:type="dxa"/>
              <w:left w:w="100" w:type="dxa"/>
              <w:bottom w:w="80" w:type="dxa"/>
              <w:right w:w="100" w:type="dxa"/>
            </w:tcMar>
            <w:vAlign w:val="center"/>
          </w:tcPr>
          <w:p w14:paraId="4141FCC9" w14:textId="77777777" w:rsidR="001B54C9" w:rsidRDefault="00C8706E">
            <w:r>
              <w:t>Supervisor review</w:t>
            </w:r>
          </w:p>
        </w:tc>
        <w:tc>
          <w:tcPr>
            <w:tcW w:w="6264" w:type="dxa"/>
            <w:tcMar>
              <w:top w:w="80" w:type="dxa"/>
              <w:left w:w="100" w:type="dxa"/>
              <w:bottom w:w="80" w:type="dxa"/>
              <w:right w:w="100" w:type="dxa"/>
            </w:tcMar>
            <w:vAlign w:val="center"/>
          </w:tcPr>
          <w:p w14:paraId="1B8B72A7" w14:textId="77777777" w:rsidR="001B54C9" w:rsidRDefault="00C8706E">
            <w:r>
              <w:t>Closure authorised after finding no independent witnesses, audio, BWV from victim or formal complaint.</w:t>
            </w:r>
          </w:p>
        </w:tc>
      </w:tr>
      <w:tr w:rsidR="001B54C9" w14:paraId="438E0269" w14:textId="77777777">
        <w:trPr>
          <w:jc w:val="center"/>
        </w:trPr>
        <w:tc>
          <w:tcPr>
            <w:tcW w:w="1699" w:type="dxa"/>
            <w:shd w:val="clear" w:color="auto" w:fill="EAF2F8"/>
            <w:tcMar>
              <w:top w:w="80" w:type="dxa"/>
              <w:left w:w="100" w:type="dxa"/>
              <w:bottom w:w="80" w:type="dxa"/>
              <w:right w:w="100" w:type="dxa"/>
            </w:tcMar>
            <w:vAlign w:val="center"/>
          </w:tcPr>
          <w:p w14:paraId="36C3C62E" w14:textId="77777777" w:rsidR="001B54C9" w:rsidRDefault="00C8706E">
            <w:r>
              <w:t>19/05/2026 12:37-13:02</w:t>
            </w:r>
          </w:p>
        </w:tc>
        <w:tc>
          <w:tcPr>
            <w:tcW w:w="1757" w:type="dxa"/>
            <w:tcMar>
              <w:top w:w="80" w:type="dxa"/>
              <w:left w:w="100" w:type="dxa"/>
              <w:bottom w:w="80" w:type="dxa"/>
              <w:right w:w="100" w:type="dxa"/>
            </w:tcMar>
            <w:vAlign w:val="center"/>
          </w:tcPr>
          <w:p w14:paraId="0F9692A1" w14:textId="77777777" w:rsidR="001B54C9" w:rsidRDefault="00C8706E">
            <w:r>
              <w:t>CDA / email and SMS</w:t>
            </w:r>
          </w:p>
        </w:tc>
        <w:tc>
          <w:tcPr>
            <w:tcW w:w="6264" w:type="dxa"/>
            <w:tcMar>
              <w:top w:w="80" w:type="dxa"/>
              <w:left w:w="100" w:type="dxa"/>
              <w:bottom w:w="80" w:type="dxa"/>
              <w:right w:w="100" w:type="dxa"/>
            </w:tcMar>
            <w:vAlign w:val="center"/>
          </w:tcPr>
          <w:p w14:paraId="1E83DBA5" w14:textId="77777777" w:rsidR="001B54C9" w:rsidRDefault="00C8706E">
            <w:r>
              <w:t>Case finalised; closure messages and survey links sent.</w:t>
            </w:r>
          </w:p>
        </w:tc>
      </w:tr>
      <w:tr w:rsidR="001B54C9" w14:paraId="44F1BC93" w14:textId="77777777">
        <w:trPr>
          <w:jc w:val="center"/>
        </w:trPr>
        <w:tc>
          <w:tcPr>
            <w:tcW w:w="1699" w:type="dxa"/>
            <w:shd w:val="clear" w:color="auto" w:fill="EAF2F8"/>
            <w:tcMar>
              <w:top w:w="80" w:type="dxa"/>
              <w:left w:w="100" w:type="dxa"/>
              <w:bottom w:w="80" w:type="dxa"/>
              <w:right w:w="100" w:type="dxa"/>
            </w:tcMar>
            <w:vAlign w:val="center"/>
          </w:tcPr>
          <w:p w14:paraId="39FF5C33" w14:textId="77777777" w:rsidR="001B54C9" w:rsidRDefault="00C8706E">
            <w:r>
              <w:t>26/05/2026 14:11</w:t>
            </w:r>
          </w:p>
        </w:tc>
        <w:tc>
          <w:tcPr>
            <w:tcW w:w="1757" w:type="dxa"/>
            <w:tcMar>
              <w:top w:w="80" w:type="dxa"/>
              <w:left w:w="100" w:type="dxa"/>
              <w:bottom w:w="80" w:type="dxa"/>
              <w:right w:w="100" w:type="dxa"/>
            </w:tcMar>
            <w:vAlign w:val="center"/>
          </w:tcPr>
          <w:p w14:paraId="1480D324" w14:textId="77777777" w:rsidR="001B54C9" w:rsidRDefault="00C8706E">
            <w:r>
              <w:t>Internal review</w:t>
            </w:r>
          </w:p>
        </w:tc>
        <w:tc>
          <w:tcPr>
            <w:tcW w:w="6264" w:type="dxa"/>
            <w:tcMar>
              <w:top w:w="80" w:type="dxa"/>
              <w:left w:w="100" w:type="dxa"/>
              <w:bottom w:w="80" w:type="dxa"/>
              <w:right w:w="100" w:type="dxa"/>
            </w:tcMar>
            <w:vAlign w:val="center"/>
          </w:tcPr>
          <w:p w14:paraId="2D30D1EA" w14:textId="77777777" w:rsidR="001B54C9" w:rsidRDefault="00C8706E">
            <w:r>
              <w:t>Community Cohesion Officer reviewed occurrence and BWV and recorded contextual observations about victim engagement and suspect vulnerabilities.</w:t>
            </w:r>
          </w:p>
        </w:tc>
      </w:tr>
    </w:tbl>
    <w:p w14:paraId="08DC2095" w14:textId="77777777" w:rsidR="00C8706E" w:rsidRDefault="00C8706E"/>
    <w:sectPr w:rsidR="00C8706E" w:rsidSect="00034616">
      <w:footerReference w:type="default" r:id="rId8"/>
      <w:pgSz w:w="12240" w:h="15840"/>
      <w:pgMar w:top="1008"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7506" w14:textId="77777777" w:rsidR="00C8706E" w:rsidRDefault="00C8706E">
      <w:pPr>
        <w:spacing w:after="0" w:line="240" w:lineRule="auto"/>
      </w:pPr>
      <w:r>
        <w:separator/>
      </w:r>
    </w:p>
  </w:endnote>
  <w:endnote w:type="continuationSeparator" w:id="0">
    <w:p w14:paraId="030E70E0" w14:textId="77777777" w:rsidR="00C8706E" w:rsidRDefault="00C87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DA82B" w14:textId="77777777" w:rsidR="001B54C9" w:rsidRDefault="00C8706E">
    <w:pPr>
      <w:pStyle w:val="Footer"/>
      <w:jc w:val="center"/>
    </w:pPr>
    <w:r>
      <w:rPr>
        <w:sz w:val="16"/>
      </w:rPr>
      <w:t>Hate Crime Scrutiny Panel | September 2026</w:t>
    </w:r>
    <w:r>
      <w:t xml:space="preserve"> | Page </w:t>
    </w:r>
    <w:r>
      <w:fldChar w:fldCharType="begin"/>
    </w:r>
    <w:r>
      <w:instrText>PAGE</w:instrText>
    </w:r>
    <w:r>
      <w:fldChar w:fldCharType="separate"/>
    </w:r>
    <w:r w:rsidR="007B1FA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F569A" w14:textId="77777777" w:rsidR="00C8706E" w:rsidRDefault="00C8706E">
      <w:pPr>
        <w:spacing w:after="0" w:line="240" w:lineRule="auto"/>
      </w:pPr>
      <w:r>
        <w:separator/>
      </w:r>
    </w:p>
  </w:footnote>
  <w:footnote w:type="continuationSeparator" w:id="0">
    <w:p w14:paraId="1DB6F351" w14:textId="77777777" w:rsidR="00C8706E" w:rsidRDefault="00C870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7752383">
    <w:abstractNumId w:val="8"/>
  </w:num>
  <w:num w:numId="2" w16cid:durableId="1711563685">
    <w:abstractNumId w:val="6"/>
  </w:num>
  <w:num w:numId="3" w16cid:durableId="425615305">
    <w:abstractNumId w:val="5"/>
  </w:num>
  <w:num w:numId="4" w16cid:durableId="809709314">
    <w:abstractNumId w:val="4"/>
  </w:num>
  <w:num w:numId="5" w16cid:durableId="26880450">
    <w:abstractNumId w:val="7"/>
  </w:num>
  <w:num w:numId="6" w16cid:durableId="1075325923">
    <w:abstractNumId w:val="3"/>
  </w:num>
  <w:num w:numId="7" w16cid:durableId="1820341077">
    <w:abstractNumId w:val="2"/>
  </w:num>
  <w:num w:numId="8" w16cid:durableId="692849412">
    <w:abstractNumId w:val="1"/>
  </w:num>
  <w:num w:numId="9" w16cid:durableId="45779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4C9"/>
    <w:rsid w:val="0029639D"/>
    <w:rsid w:val="00326F90"/>
    <w:rsid w:val="00626365"/>
    <w:rsid w:val="007B1FA3"/>
    <w:rsid w:val="00AA1D8D"/>
    <w:rsid w:val="00B47730"/>
    <w:rsid w:val="00C8706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9622B"/>
  <w14:defaultImageDpi w14:val="300"/>
  <w15:docId w15:val="{6346DE7E-D466-46DA-A6D2-82216412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60"/>
      <w:ind w:left="360" w:right="216"/>
    </w:pPr>
    <w:rPr>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4027</Words>
  <Characters>22954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Hate Crime Scrutiny Panel Case Summaries - September 2026</dc:title>
  <dc:subject>Case-by-case summary of supplied scrutiny panel sample</dc:subject>
  <dc:creator>Parkinson, Nichola 8727</dc:creator>
  <cp:keywords/>
  <dc:description>generated by python-docx</dc:description>
  <cp:lastModifiedBy>Parkinson, Nichola 8727</cp:lastModifiedBy>
  <cp:revision>2</cp:revision>
  <dcterms:created xsi:type="dcterms:W3CDTF">2026-09-10T14:28:00Z</dcterms:created>
  <dcterms:modified xsi:type="dcterms:W3CDTF">2026-09-10T14:28:00Z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2026-09-10T14:26:45Z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0f53e41e-346b-4326-93e2-edcfa65b1452</vt:lpwstr>
  </property>
  <property fmtid="{D5CDD505-2E9C-101B-9397-08002B2CF9AE}" pid="8" name="MSIP_Label_f529d828-a824-4b78-ab24-eaae5922aa38_ContentBits">
    <vt:lpwstr>0</vt:lpwstr>
  </property>
</Properties>
</file>